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90D8" w14:textId="3EF9F15F" w:rsidR="00CA21DD" w:rsidRPr="00BC0D5C" w:rsidRDefault="00000000" w:rsidP="00BC0D5C">
      <w:pPr>
        <w:spacing w:after="360"/>
        <w:jc w:val="center"/>
        <w:rPr>
          <w:b/>
          <w:sz w:val="24"/>
          <w:szCs w:val="24"/>
        </w:rPr>
      </w:pPr>
      <w:r w:rsidRPr="00BC0D5C">
        <w:rPr>
          <w:rFonts w:ascii="Arial" w:hAnsi="Arial"/>
          <w:b/>
          <w:sz w:val="36"/>
          <w:szCs w:val="36"/>
        </w:rPr>
        <w:t xml:space="preserve">Modul Kilat: </w:t>
      </w:r>
      <w:proofErr w:type="spellStart"/>
      <w:r w:rsidRPr="00BC0D5C">
        <w:rPr>
          <w:rFonts w:ascii="Arial" w:hAnsi="Arial"/>
          <w:b/>
          <w:sz w:val="36"/>
          <w:szCs w:val="36"/>
        </w:rPr>
        <w:t>Pelatihan</w:t>
      </w:r>
      <w:proofErr w:type="spellEnd"/>
      <w:r w:rsidRPr="00BC0D5C">
        <w:rPr>
          <w:rFonts w:ascii="Arial" w:hAnsi="Arial"/>
          <w:b/>
          <w:sz w:val="36"/>
          <w:szCs w:val="36"/>
        </w:rPr>
        <w:t xml:space="preserve"> </w:t>
      </w:r>
      <w:proofErr w:type="spellStart"/>
      <w:r w:rsidRPr="00BC0D5C">
        <w:rPr>
          <w:rFonts w:ascii="Arial" w:hAnsi="Arial"/>
          <w:b/>
          <w:sz w:val="36"/>
          <w:szCs w:val="36"/>
        </w:rPr>
        <w:t>Pemetaan</w:t>
      </w:r>
      <w:proofErr w:type="spellEnd"/>
      <w:r w:rsidRPr="00BC0D5C">
        <w:rPr>
          <w:rFonts w:ascii="Arial" w:hAnsi="Arial"/>
          <w:b/>
          <w:sz w:val="36"/>
          <w:szCs w:val="36"/>
        </w:rPr>
        <w:t xml:space="preserve"> Digital &amp; Database Desa</w:t>
      </w:r>
      <w:r w:rsidRPr="00BC0D5C">
        <w:rPr>
          <w:rFonts w:ascii="Arial" w:hAnsi="Arial"/>
          <w:b/>
          <w:sz w:val="36"/>
          <w:szCs w:val="36"/>
        </w:rPr>
        <w:br/>
      </w:r>
    </w:p>
    <w:p w14:paraId="2B588A55" w14:textId="77777777" w:rsidR="00CA21DD" w:rsidRPr="00BC0D5C" w:rsidRDefault="00000000" w:rsidP="00BC0D5C">
      <w:pPr>
        <w:spacing w:after="240" w:line="300" w:lineRule="auto"/>
        <w:jc w:val="both"/>
        <w:rPr>
          <w:bCs/>
          <w:sz w:val="24"/>
          <w:szCs w:val="24"/>
        </w:rPr>
      </w:pPr>
      <w:r w:rsidRPr="00BC0D5C">
        <w:rPr>
          <w:rFonts w:ascii="Arial" w:hAnsi="Arial"/>
          <w:bCs/>
          <w:sz w:val="24"/>
          <w:szCs w:val="24"/>
        </w:rPr>
        <w:t xml:space="preserve">Modul </w:t>
      </w:r>
      <w:proofErr w:type="spellStart"/>
      <w:r w:rsidRPr="00BC0D5C">
        <w:rPr>
          <w:rFonts w:ascii="Arial" w:hAnsi="Arial"/>
          <w:bCs/>
          <w:sz w:val="24"/>
          <w:szCs w:val="24"/>
        </w:rPr>
        <w:t>ini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dirancang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sebagai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panduan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cepat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dan </w:t>
      </w:r>
      <w:proofErr w:type="spellStart"/>
      <w:r w:rsidRPr="00BC0D5C">
        <w:rPr>
          <w:rFonts w:ascii="Arial" w:hAnsi="Arial"/>
          <w:bCs/>
          <w:sz w:val="24"/>
          <w:szCs w:val="24"/>
        </w:rPr>
        <w:t>ringkas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agar </w:t>
      </w:r>
      <w:proofErr w:type="spellStart"/>
      <w:r w:rsidRPr="00BC0D5C">
        <w:rPr>
          <w:rFonts w:ascii="Arial" w:hAnsi="Arial"/>
          <w:bCs/>
          <w:sz w:val="24"/>
          <w:szCs w:val="24"/>
        </w:rPr>
        <w:t>perangkat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Pr="00BC0D5C">
        <w:rPr>
          <w:rFonts w:ascii="Arial" w:hAnsi="Arial"/>
          <w:bCs/>
          <w:sz w:val="24"/>
          <w:szCs w:val="24"/>
        </w:rPr>
        <w:t>kader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Pr="00BC0D5C">
        <w:rPr>
          <w:rFonts w:ascii="Arial" w:hAnsi="Arial"/>
          <w:bCs/>
          <w:sz w:val="24"/>
          <w:szCs w:val="24"/>
        </w:rPr>
        <w:t>maupun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taruna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dapat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memahami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dasar-dasar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pemetaan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dan </w:t>
      </w:r>
      <w:proofErr w:type="spellStart"/>
      <w:r w:rsidRPr="00BC0D5C">
        <w:rPr>
          <w:rFonts w:ascii="Arial" w:hAnsi="Arial"/>
          <w:bCs/>
          <w:sz w:val="24"/>
          <w:szCs w:val="24"/>
        </w:rPr>
        <w:t>langsung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mempraktikkannya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dalam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waktu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satu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hari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demi </w:t>
      </w:r>
      <w:proofErr w:type="spellStart"/>
      <w:r w:rsidRPr="00BC0D5C">
        <w:rPr>
          <w:rFonts w:ascii="Arial" w:hAnsi="Arial"/>
          <w:bCs/>
          <w:sz w:val="24"/>
          <w:szCs w:val="24"/>
        </w:rPr>
        <w:t>pembangunan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yang </w:t>
      </w:r>
      <w:proofErr w:type="spellStart"/>
      <w:r w:rsidRPr="00BC0D5C">
        <w:rPr>
          <w:rFonts w:ascii="Arial" w:hAnsi="Arial"/>
          <w:bCs/>
          <w:sz w:val="24"/>
          <w:szCs w:val="24"/>
        </w:rPr>
        <w:t>terukur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dan </w:t>
      </w:r>
      <w:proofErr w:type="spellStart"/>
      <w:r w:rsidRPr="00BC0D5C">
        <w:rPr>
          <w:rFonts w:ascii="Arial" w:hAnsi="Arial"/>
          <w:bCs/>
          <w:sz w:val="24"/>
          <w:szCs w:val="24"/>
        </w:rPr>
        <w:t>tepat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sasaran</w:t>
      </w:r>
      <w:proofErr w:type="spellEnd"/>
      <w:r w:rsidRPr="00BC0D5C">
        <w:rPr>
          <w:rFonts w:ascii="Arial" w:hAnsi="Arial"/>
          <w:bCs/>
          <w:sz w:val="24"/>
          <w:szCs w:val="24"/>
        </w:rPr>
        <w:t>.</w:t>
      </w:r>
    </w:p>
    <w:p w14:paraId="7EBFB861" w14:textId="77777777" w:rsidR="00CA21DD" w:rsidRPr="00BC0D5C" w:rsidRDefault="00000000" w:rsidP="00BC0D5C">
      <w:pPr>
        <w:pStyle w:val="Heading2"/>
        <w:spacing w:before="240" w:after="120"/>
        <w:jc w:val="both"/>
        <w:rPr>
          <w:b w:val="0"/>
          <w:color w:val="auto"/>
          <w:sz w:val="24"/>
          <w:szCs w:val="24"/>
        </w:rPr>
      </w:pPr>
      <w:r w:rsidRPr="00BC0D5C">
        <w:rPr>
          <w:rFonts w:ascii="Arial" w:hAnsi="Arial"/>
          <w:b w:val="0"/>
          <w:color w:val="auto"/>
          <w:sz w:val="24"/>
          <w:szCs w:val="24"/>
        </w:rPr>
        <w:t xml:space="preserve">1.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Sesi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Dasar: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Memahami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Data &amp;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Aplikasi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(08.30 - 10.00)</w:t>
      </w:r>
    </w:p>
    <w:p w14:paraId="1C114D1A" w14:textId="77777777" w:rsidR="00CA21DD" w:rsidRPr="00BC0D5C" w:rsidRDefault="00000000" w:rsidP="00BC0D5C">
      <w:pPr>
        <w:spacing w:after="80"/>
        <w:jc w:val="both"/>
        <w:rPr>
          <w:bCs/>
          <w:sz w:val="24"/>
          <w:szCs w:val="24"/>
        </w:rPr>
      </w:pPr>
      <w:r w:rsidRPr="00BC0D5C">
        <w:rPr>
          <w:rFonts w:ascii="Arial" w:hAnsi="Arial"/>
          <w:bCs/>
          <w:sz w:val="24"/>
          <w:szCs w:val="24"/>
        </w:rPr>
        <w:t xml:space="preserve">Apa </w:t>
      </w:r>
      <w:proofErr w:type="spellStart"/>
      <w:r w:rsidRPr="00BC0D5C">
        <w:rPr>
          <w:rFonts w:ascii="Arial" w:hAnsi="Arial"/>
          <w:bCs/>
          <w:sz w:val="24"/>
          <w:szCs w:val="24"/>
        </w:rPr>
        <w:t>itu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Data </w:t>
      </w:r>
      <w:proofErr w:type="spellStart"/>
      <w:r w:rsidRPr="00BC0D5C">
        <w:rPr>
          <w:rFonts w:ascii="Arial" w:hAnsi="Arial"/>
          <w:bCs/>
          <w:sz w:val="24"/>
          <w:szCs w:val="24"/>
        </w:rPr>
        <w:t>Geospasial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Desa?</w:t>
      </w:r>
    </w:p>
    <w:p w14:paraId="18D86922" w14:textId="78669EE6" w:rsidR="00B201AA" w:rsidRPr="00BC0D5C" w:rsidRDefault="00000000" w:rsidP="00BC0D5C">
      <w:pPr>
        <w:spacing w:after="120" w:line="300" w:lineRule="auto"/>
        <w:jc w:val="both"/>
        <w:rPr>
          <w:rFonts w:ascii="Arial" w:hAnsi="Arial"/>
          <w:bCs/>
          <w:sz w:val="24"/>
          <w:szCs w:val="24"/>
        </w:rPr>
      </w:pPr>
      <w:r w:rsidRPr="00BC0D5C">
        <w:rPr>
          <w:rFonts w:ascii="Arial" w:hAnsi="Arial"/>
          <w:bCs/>
          <w:sz w:val="24"/>
          <w:szCs w:val="24"/>
        </w:rPr>
        <w:t xml:space="preserve">Data </w:t>
      </w:r>
      <w:proofErr w:type="spellStart"/>
      <w:r w:rsidRPr="00BC0D5C">
        <w:rPr>
          <w:rFonts w:ascii="Arial" w:hAnsi="Arial"/>
          <w:bCs/>
          <w:sz w:val="24"/>
          <w:szCs w:val="24"/>
        </w:rPr>
        <w:t>geospasial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adalah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data </w:t>
      </w:r>
      <w:proofErr w:type="spellStart"/>
      <w:r w:rsidRPr="00BC0D5C">
        <w:rPr>
          <w:rFonts w:ascii="Arial" w:hAnsi="Arial"/>
          <w:bCs/>
          <w:sz w:val="24"/>
          <w:szCs w:val="24"/>
        </w:rPr>
        <w:t>lokasi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yang </w:t>
      </w:r>
      <w:proofErr w:type="spellStart"/>
      <w:r w:rsidRPr="00BC0D5C">
        <w:rPr>
          <w:rFonts w:ascii="Arial" w:hAnsi="Arial"/>
          <w:bCs/>
          <w:sz w:val="24"/>
          <w:szCs w:val="24"/>
        </w:rPr>
        <w:t>akurat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untuk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memetakan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potensi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Pr="00BC0D5C">
        <w:rPr>
          <w:rFonts w:ascii="Arial" w:hAnsi="Arial"/>
          <w:bCs/>
          <w:sz w:val="24"/>
          <w:szCs w:val="24"/>
        </w:rPr>
        <w:t>aset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dan batas wilayah </w:t>
      </w:r>
      <w:proofErr w:type="spellStart"/>
      <w:r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di </w:t>
      </w:r>
      <w:proofErr w:type="spellStart"/>
      <w:r w:rsidRPr="00BC0D5C">
        <w:rPr>
          <w:rFonts w:ascii="Arial" w:hAnsi="Arial"/>
          <w:bCs/>
          <w:sz w:val="24"/>
          <w:szCs w:val="24"/>
        </w:rPr>
        <w:t>atas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. </w:t>
      </w:r>
      <w:r w:rsidR="00B201AA" w:rsidRPr="00BC0D5C">
        <w:rPr>
          <w:rFonts w:ascii="Arial" w:hAnsi="Arial"/>
          <w:bCs/>
          <w:sz w:val="24"/>
          <w:szCs w:val="24"/>
        </w:rPr>
        <w:t xml:space="preserve">Data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geospasial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adalah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data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lokasi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akurat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untuk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memetakan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potensi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aset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, dan batas wilayah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pada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peta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. Data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ini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menggabungkan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dua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komponen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utama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yaitu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data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spasial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yang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menggambarkan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bentuk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objek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di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bumi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seperti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titik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lokasi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, garis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infrastruktur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atau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poligon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area) dan data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atribut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yang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berisi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informasi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teks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atau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angka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pelengkap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yang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melekat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pada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objek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="00B201AA" w:rsidRPr="00BC0D5C">
        <w:rPr>
          <w:rFonts w:ascii="Arial" w:hAnsi="Arial"/>
          <w:bCs/>
          <w:sz w:val="24"/>
          <w:szCs w:val="24"/>
        </w:rPr>
        <w:t>tersebut</w:t>
      </w:r>
      <w:proofErr w:type="spellEnd"/>
      <w:r w:rsidR="00B201AA" w:rsidRPr="00BC0D5C">
        <w:rPr>
          <w:rFonts w:ascii="Arial" w:hAnsi="Arial"/>
          <w:bCs/>
          <w:sz w:val="24"/>
          <w:szCs w:val="24"/>
        </w:rPr>
        <w:t>.</w:t>
      </w:r>
    </w:p>
    <w:p w14:paraId="5EC790DF" w14:textId="30B48829" w:rsidR="00CA21DD" w:rsidRPr="00BC0D5C" w:rsidRDefault="00000000" w:rsidP="00BC0D5C">
      <w:pPr>
        <w:spacing w:after="120" w:line="300" w:lineRule="auto"/>
        <w:jc w:val="both"/>
        <w:rPr>
          <w:bCs/>
          <w:sz w:val="24"/>
          <w:szCs w:val="24"/>
        </w:rPr>
      </w:pPr>
      <w:r w:rsidRPr="00BC0D5C">
        <w:rPr>
          <w:rFonts w:ascii="Arial" w:hAnsi="Arial"/>
          <w:bCs/>
          <w:sz w:val="24"/>
          <w:szCs w:val="24"/>
        </w:rPr>
        <w:t xml:space="preserve">Data </w:t>
      </w:r>
      <w:proofErr w:type="spellStart"/>
      <w:r w:rsidRPr="00BC0D5C">
        <w:rPr>
          <w:rFonts w:ascii="Arial" w:hAnsi="Arial"/>
          <w:bCs/>
          <w:sz w:val="24"/>
          <w:szCs w:val="24"/>
        </w:rPr>
        <w:t>ini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terdiri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dari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dua </w:t>
      </w:r>
      <w:proofErr w:type="spellStart"/>
      <w:r w:rsidRPr="00BC0D5C">
        <w:rPr>
          <w:rFonts w:ascii="Arial" w:hAnsi="Arial"/>
          <w:bCs/>
          <w:sz w:val="24"/>
          <w:szCs w:val="24"/>
        </w:rPr>
        <w:t>komponen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utama</w:t>
      </w:r>
      <w:proofErr w:type="spellEnd"/>
      <w:r w:rsidRPr="00BC0D5C">
        <w:rPr>
          <w:rFonts w:ascii="Arial" w:hAnsi="Arial"/>
          <w:bCs/>
          <w:sz w:val="24"/>
          <w:szCs w:val="24"/>
        </w:rPr>
        <w:t>:</w:t>
      </w:r>
    </w:p>
    <w:p w14:paraId="290D9E38" w14:textId="77777777" w:rsidR="00CA21DD" w:rsidRPr="00BC0D5C" w:rsidRDefault="00000000" w:rsidP="00BC0D5C">
      <w:pPr>
        <w:pStyle w:val="ListBullet"/>
        <w:spacing w:after="60"/>
        <w:jc w:val="both"/>
        <w:rPr>
          <w:bCs/>
          <w:sz w:val="24"/>
          <w:szCs w:val="24"/>
        </w:rPr>
      </w:pPr>
      <w:r w:rsidRPr="00BC0D5C">
        <w:rPr>
          <w:rFonts w:ascii="Arial" w:hAnsi="Arial"/>
          <w:bCs/>
          <w:sz w:val="24"/>
          <w:szCs w:val="24"/>
        </w:rPr>
        <w:t xml:space="preserve">Data </w:t>
      </w:r>
      <w:proofErr w:type="spellStart"/>
      <w:r w:rsidRPr="00BC0D5C">
        <w:rPr>
          <w:rFonts w:ascii="Arial" w:hAnsi="Arial"/>
          <w:bCs/>
          <w:sz w:val="24"/>
          <w:szCs w:val="24"/>
        </w:rPr>
        <w:t>Spasial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: </w:t>
      </w:r>
      <w:proofErr w:type="spellStart"/>
      <w:r w:rsidRPr="00BC0D5C">
        <w:rPr>
          <w:rFonts w:ascii="Arial" w:hAnsi="Arial"/>
          <w:bCs/>
          <w:sz w:val="24"/>
          <w:szCs w:val="24"/>
        </w:rPr>
        <w:t>Bentuk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objek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di </w:t>
      </w:r>
      <w:proofErr w:type="spellStart"/>
      <w:r w:rsidRPr="00BC0D5C">
        <w:rPr>
          <w:rFonts w:ascii="Arial" w:hAnsi="Arial"/>
          <w:bCs/>
          <w:sz w:val="24"/>
          <w:szCs w:val="24"/>
        </w:rPr>
        <w:t>bumi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. </w:t>
      </w:r>
      <w:proofErr w:type="spellStart"/>
      <w:r w:rsidRPr="00BC0D5C">
        <w:rPr>
          <w:rFonts w:ascii="Arial" w:hAnsi="Arial"/>
          <w:bCs/>
          <w:sz w:val="24"/>
          <w:szCs w:val="24"/>
        </w:rPr>
        <w:t>Dibagi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menjadi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Titik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Pr="00BC0D5C">
        <w:rPr>
          <w:rFonts w:ascii="Arial" w:hAnsi="Arial"/>
          <w:bCs/>
          <w:sz w:val="24"/>
          <w:szCs w:val="24"/>
        </w:rPr>
        <w:t>lokasi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posyandu</w:t>
      </w:r>
      <w:proofErr w:type="spellEnd"/>
      <w:r w:rsidRPr="00BC0D5C">
        <w:rPr>
          <w:rFonts w:ascii="Arial" w:hAnsi="Arial"/>
          <w:bCs/>
          <w:sz w:val="24"/>
          <w:szCs w:val="24"/>
        </w:rPr>
        <w:t>/</w:t>
      </w:r>
      <w:proofErr w:type="spellStart"/>
      <w:r w:rsidRPr="00BC0D5C">
        <w:rPr>
          <w:rFonts w:ascii="Arial" w:hAnsi="Arial"/>
          <w:bCs/>
          <w:sz w:val="24"/>
          <w:szCs w:val="24"/>
        </w:rPr>
        <w:t>sekolah</w:t>
      </w:r>
      <w:proofErr w:type="spellEnd"/>
      <w:r w:rsidRPr="00BC0D5C">
        <w:rPr>
          <w:rFonts w:ascii="Arial" w:hAnsi="Arial"/>
          <w:bCs/>
          <w:sz w:val="24"/>
          <w:szCs w:val="24"/>
        </w:rPr>
        <w:t>), Garis (</w:t>
      </w:r>
      <w:proofErr w:type="spellStart"/>
      <w:r w:rsidRPr="00BC0D5C">
        <w:rPr>
          <w:rFonts w:ascii="Arial" w:hAnsi="Arial"/>
          <w:bCs/>
          <w:sz w:val="24"/>
          <w:szCs w:val="24"/>
        </w:rPr>
        <w:t>jalan</w:t>
      </w:r>
      <w:proofErr w:type="spellEnd"/>
      <w:r w:rsidRPr="00BC0D5C">
        <w:rPr>
          <w:rFonts w:ascii="Arial" w:hAnsi="Arial"/>
          <w:bCs/>
          <w:sz w:val="24"/>
          <w:szCs w:val="24"/>
        </w:rPr>
        <w:t>/</w:t>
      </w:r>
      <w:proofErr w:type="spellStart"/>
      <w:r w:rsidRPr="00BC0D5C">
        <w:rPr>
          <w:rFonts w:ascii="Arial" w:hAnsi="Arial"/>
          <w:bCs/>
          <w:sz w:val="24"/>
          <w:szCs w:val="24"/>
        </w:rPr>
        <w:t>sungai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), dan </w:t>
      </w:r>
      <w:proofErr w:type="spellStart"/>
      <w:r w:rsidRPr="00BC0D5C">
        <w:rPr>
          <w:rFonts w:ascii="Arial" w:hAnsi="Arial"/>
          <w:bCs/>
          <w:sz w:val="24"/>
          <w:szCs w:val="24"/>
        </w:rPr>
        <w:t>Poligon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Pr="00BC0D5C">
        <w:rPr>
          <w:rFonts w:ascii="Arial" w:hAnsi="Arial"/>
          <w:bCs/>
          <w:sz w:val="24"/>
          <w:szCs w:val="24"/>
        </w:rPr>
        <w:t>luas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sawah/area </w:t>
      </w:r>
      <w:proofErr w:type="spellStart"/>
      <w:r w:rsidRPr="00BC0D5C">
        <w:rPr>
          <w:rFonts w:ascii="Arial" w:hAnsi="Arial"/>
          <w:bCs/>
          <w:sz w:val="24"/>
          <w:szCs w:val="24"/>
        </w:rPr>
        <w:t>longsor</w:t>
      </w:r>
      <w:proofErr w:type="spellEnd"/>
      <w:r w:rsidRPr="00BC0D5C">
        <w:rPr>
          <w:rFonts w:ascii="Arial" w:hAnsi="Arial"/>
          <w:bCs/>
          <w:sz w:val="24"/>
          <w:szCs w:val="24"/>
        </w:rPr>
        <w:t>).</w:t>
      </w:r>
    </w:p>
    <w:p w14:paraId="0A7B90B4" w14:textId="77777777" w:rsidR="00CA21DD" w:rsidRPr="00BC0D5C" w:rsidRDefault="00000000" w:rsidP="00BC0D5C">
      <w:pPr>
        <w:pStyle w:val="ListBullet"/>
        <w:spacing w:after="60"/>
        <w:jc w:val="both"/>
        <w:rPr>
          <w:bCs/>
          <w:sz w:val="24"/>
          <w:szCs w:val="24"/>
        </w:rPr>
      </w:pPr>
      <w:r w:rsidRPr="00BC0D5C">
        <w:rPr>
          <w:rFonts w:ascii="Arial" w:hAnsi="Arial"/>
          <w:bCs/>
          <w:sz w:val="24"/>
          <w:szCs w:val="24"/>
        </w:rPr>
        <w:t xml:space="preserve">Data </w:t>
      </w:r>
      <w:proofErr w:type="spellStart"/>
      <w:r w:rsidRPr="00BC0D5C">
        <w:rPr>
          <w:rFonts w:ascii="Arial" w:hAnsi="Arial"/>
          <w:bCs/>
          <w:sz w:val="24"/>
          <w:szCs w:val="24"/>
        </w:rPr>
        <w:t>Atribut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: </w:t>
      </w:r>
      <w:proofErr w:type="spellStart"/>
      <w:r w:rsidRPr="00BC0D5C">
        <w:rPr>
          <w:rFonts w:ascii="Arial" w:hAnsi="Arial"/>
          <w:bCs/>
          <w:sz w:val="24"/>
          <w:szCs w:val="24"/>
        </w:rPr>
        <w:t>Informasi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teks</w:t>
      </w:r>
      <w:proofErr w:type="spellEnd"/>
      <w:r w:rsidRPr="00BC0D5C">
        <w:rPr>
          <w:rFonts w:ascii="Arial" w:hAnsi="Arial"/>
          <w:bCs/>
          <w:sz w:val="24"/>
          <w:szCs w:val="24"/>
        </w:rPr>
        <w:t>/</w:t>
      </w:r>
      <w:proofErr w:type="spellStart"/>
      <w:r w:rsidRPr="00BC0D5C">
        <w:rPr>
          <w:rFonts w:ascii="Arial" w:hAnsi="Arial"/>
          <w:bCs/>
          <w:sz w:val="24"/>
          <w:szCs w:val="24"/>
        </w:rPr>
        <w:t>angka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yang </w:t>
      </w:r>
      <w:proofErr w:type="spellStart"/>
      <w:r w:rsidRPr="00BC0D5C">
        <w:rPr>
          <w:rFonts w:ascii="Arial" w:hAnsi="Arial"/>
          <w:bCs/>
          <w:sz w:val="24"/>
          <w:szCs w:val="24"/>
        </w:rPr>
        <w:t>melekat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pada </w:t>
      </w:r>
      <w:proofErr w:type="spellStart"/>
      <w:r w:rsidRPr="00BC0D5C">
        <w:rPr>
          <w:rFonts w:ascii="Arial" w:hAnsi="Arial"/>
          <w:bCs/>
          <w:sz w:val="24"/>
          <w:szCs w:val="24"/>
        </w:rPr>
        <w:t>objek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tersebut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Pr="00BC0D5C">
        <w:rPr>
          <w:rFonts w:ascii="Arial" w:hAnsi="Arial"/>
          <w:bCs/>
          <w:sz w:val="24"/>
          <w:szCs w:val="24"/>
        </w:rPr>
        <w:t>contoh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: nama </w:t>
      </w:r>
      <w:proofErr w:type="spellStart"/>
      <w:r w:rsidRPr="00BC0D5C">
        <w:rPr>
          <w:rFonts w:ascii="Arial" w:hAnsi="Arial"/>
          <w:bCs/>
          <w:sz w:val="24"/>
          <w:szCs w:val="24"/>
        </w:rPr>
        <w:t>pemilik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lahan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Pr="00BC0D5C">
        <w:rPr>
          <w:rFonts w:ascii="Arial" w:hAnsi="Arial"/>
          <w:bCs/>
          <w:sz w:val="24"/>
          <w:szCs w:val="24"/>
        </w:rPr>
        <w:t>luas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bangunan</w:t>
      </w:r>
      <w:proofErr w:type="spellEnd"/>
      <w:r w:rsidRPr="00BC0D5C">
        <w:rPr>
          <w:rFonts w:ascii="Arial" w:hAnsi="Arial"/>
          <w:bCs/>
          <w:sz w:val="24"/>
          <w:szCs w:val="24"/>
        </w:rPr>
        <w:t>).</w:t>
      </w:r>
    </w:p>
    <w:p w14:paraId="416B125F" w14:textId="77777777" w:rsidR="00CA21DD" w:rsidRPr="00BC0D5C" w:rsidRDefault="00000000" w:rsidP="00BC0D5C">
      <w:pPr>
        <w:spacing w:before="120" w:after="80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Perangkat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yang </w:t>
      </w:r>
      <w:proofErr w:type="spellStart"/>
      <w:r w:rsidRPr="00BC0D5C">
        <w:rPr>
          <w:rFonts w:ascii="Arial" w:hAnsi="Arial"/>
          <w:bCs/>
          <w:sz w:val="24"/>
          <w:szCs w:val="24"/>
        </w:rPr>
        <w:t>Digunakan</w:t>
      </w:r>
      <w:proofErr w:type="spellEnd"/>
    </w:p>
    <w:p w14:paraId="43AC9D34" w14:textId="77777777" w:rsidR="00CA21DD" w:rsidRPr="00BC0D5C" w:rsidRDefault="00000000" w:rsidP="00BC0D5C">
      <w:pPr>
        <w:spacing w:after="240" w:line="300" w:lineRule="auto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Untuk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pelatihan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kilat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1 </w:t>
      </w:r>
      <w:proofErr w:type="spellStart"/>
      <w:r w:rsidRPr="00BC0D5C">
        <w:rPr>
          <w:rFonts w:ascii="Arial" w:hAnsi="Arial"/>
          <w:bCs/>
          <w:sz w:val="24"/>
          <w:szCs w:val="24"/>
        </w:rPr>
        <w:t>hari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Pr="00BC0D5C">
        <w:rPr>
          <w:rFonts w:ascii="Arial" w:hAnsi="Arial"/>
          <w:bCs/>
          <w:sz w:val="24"/>
          <w:szCs w:val="24"/>
        </w:rPr>
        <w:t>peserta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akan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langsung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menggunakan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aplikasi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pemetaan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berbasis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Android/iOS di smartphone masing-masing </w:t>
      </w:r>
      <w:proofErr w:type="spellStart"/>
      <w:r w:rsidRPr="00BC0D5C">
        <w:rPr>
          <w:rFonts w:ascii="Arial" w:hAnsi="Arial"/>
          <w:bCs/>
          <w:sz w:val="24"/>
          <w:szCs w:val="24"/>
        </w:rPr>
        <w:t>untuk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mengumpulkan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data </w:t>
      </w:r>
      <w:proofErr w:type="spellStart"/>
      <w:r w:rsidRPr="00BC0D5C">
        <w:rPr>
          <w:rFonts w:ascii="Arial" w:hAnsi="Arial"/>
          <w:bCs/>
          <w:sz w:val="24"/>
          <w:szCs w:val="24"/>
        </w:rPr>
        <w:t>tanpa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perlu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alat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GPS mahal.</w:t>
      </w:r>
    </w:p>
    <w:p w14:paraId="5017B3CC" w14:textId="77777777" w:rsidR="00CA21DD" w:rsidRPr="00BC0D5C" w:rsidRDefault="00000000" w:rsidP="00BC0D5C">
      <w:pPr>
        <w:pStyle w:val="Heading2"/>
        <w:spacing w:before="240" w:after="120"/>
        <w:jc w:val="both"/>
        <w:rPr>
          <w:b w:val="0"/>
          <w:color w:val="auto"/>
          <w:sz w:val="24"/>
          <w:szCs w:val="24"/>
        </w:rPr>
      </w:pPr>
      <w:r w:rsidRPr="00BC0D5C">
        <w:rPr>
          <w:rFonts w:ascii="Arial" w:hAnsi="Arial"/>
          <w:b w:val="0"/>
          <w:color w:val="auto"/>
          <w:sz w:val="24"/>
          <w:szCs w:val="24"/>
        </w:rPr>
        <w:t xml:space="preserve">2.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Sesi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Lapangan: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Praktik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Ambil Data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Koordinat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(10.15 - 12.00)</w:t>
      </w:r>
    </w:p>
    <w:p w14:paraId="38598621" w14:textId="77777777" w:rsidR="00CA21DD" w:rsidRPr="00BC0D5C" w:rsidRDefault="00000000" w:rsidP="00BC0D5C">
      <w:pPr>
        <w:spacing w:after="120" w:line="300" w:lineRule="auto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Setiap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peserta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pergi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ke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area </w:t>
      </w:r>
      <w:proofErr w:type="spellStart"/>
      <w:r w:rsidRPr="00BC0D5C">
        <w:rPr>
          <w:rFonts w:ascii="Arial" w:hAnsi="Arial"/>
          <w:bCs/>
          <w:sz w:val="24"/>
          <w:szCs w:val="24"/>
        </w:rPr>
        <w:t>sekitar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lokasi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pelatihan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untuk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mengambil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sampel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data </w:t>
      </w:r>
      <w:proofErr w:type="spellStart"/>
      <w:r w:rsidRPr="00BC0D5C">
        <w:rPr>
          <w:rFonts w:ascii="Arial" w:hAnsi="Arial"/>
          <w:bCs/>
          <w:sz w:val="24"/>
          <w:szCs w:val="24"/>
        </w:rPr>
        <w:t>lapangan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dengan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skenario</w:t>
      </w:r>
      <w:proofErr w:type="spellEnd"/>
      <w:r w:rsidRPr="00BC0D5C">
        <w:rPr>
          <w:rFonts w:ascii="Arial" w:hAnsi="Arial"/>
          <w:bCs/>
          <w:sz w:val="24"/>
          <w:szCs w:val="24"/>
        </w:rPr>
        <w:t>:</w:t>
      </w:r>
    </w:p>
    <w:p w14:paraId="5D7B84D7" w14:textId="77777777" w:rsidR="00CA21DD" w:rsidRPr="00BC0D5C" w:rsidRDefault="00000000" w:rsidP="00BC0D5C">
      <w:pPr>
        <w:pStyle w:val="ListBullet"/>
        <w:spacing w:after="60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Menandai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Titik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(Point): </w:t>
      </w:r>
      <w:proofErr w:type="spellStart"/>
      <w:r w:rsidRPr="00BC0D5C">
        <w:rPr>
          <w:rFonts w:ascii="Arial" w:hAnsi="Arial"/>
          <w:bCs/>
          <w:sz w:val="24"/>
          <w:szCs w:val="24"/>
        </w:rPr>
        <w:t>Berdiri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di </w:t>
      </w:r>
      <w:proofErr w:type="spellStart"/>
      <w:r w:rsidRPr="00BC0D5C">
        <w:rPr>
          <w:rFonts w:ascii="Arial" w:hAnsi="Arial"/>
          <w:bCs/>
          <w:sz w:val="24"/>
          <w:szCs w:val="24"/>
        </w:rPr>
        <w:t>depan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lokasi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fasilitas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sosial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Pr="00BC0D5C">
        <w:rPr>
          <w:rFonts w:ascii="Arial" w:hAnsi="Arial"/>
          <w:bCs/>
          <w:sz w:val="24"/>
          <w:szCs w:val="24"/>
        </w:rPr>
        <w:t>seperti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kantor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atau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posyandu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) </w:t>
      </w:r>
      <w:proofErr w:type="spellStart"/>
      <w:r w:rsidRPr="00BC0D5C">
        <w:rPr>
          <w:rFonts w:ascii="Arial" w:hAnsi="Arial"/>
          <w:bCs/>
          <w:sz w:val="24"/>
          <w:szCs w:val="24"/>
        </w:rPr>
        <w:t>lalu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simpan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koordinatnya</w:t>
      </w:r>
      <w:proofErr w:type="spellEnd"/>
      <w:r w:rsidRPr="00BC0D5C">
        <w:rPr>
          <w:rFonts w:ascii="Arial" w:hAnsi="Arial"/>
          <w:bCs/>
          <w:sz w:val="24"/>
          <w:szCs w:val="24"/>
        </w:rPr>
        <w:t>.</w:t>
      </w:r>
    </w:p>
    <w:p w14:paraId="66A418AD" w14:textId="77777777" w:rsidR="00CA21DD" w:rsidRPr="00BC0D5C" w:rsidRDefault="00000000" w:rsidP="00BC0D5C">
      <w:pPr>
        <w:pStyle w:val="ListBullet"/>
        <w:spacing w:after="60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Merekam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Garis (Line): </w:t>
      </w:r>
      <w:proofErr w:type="spellStart"/>
      <w:r w:rsidRPr="00BC0D5C">
        <w:rPr>
          <w:rFonts w:ascii="Arial" w:hAnsi="Arial"/>
          <w:bCs/>
          <w:sz w:val="24"/>
          <w:szCs w:val="24"/>
        </w:rPr>
        <w:t>Berjalan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menyusuri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jaringan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jalan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atau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saluran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irigasi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untuk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merekam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jalurnya</w:t>
      </w:r>
      <w:proofErr w:type="spellEnd"/>
      <w:r w:rsidRPr="00BC0D5C">
        <w:rPr>
          <w:rFonts w:ascii="Arial" w:hAnsi="Arial"/>
          <w:bCs/>
          <w:sz w:val="24"/>
          <w:szCs w:val="24"/>
        </w:rPr>
        <w:t>.</w:t>
      </w:r>
    </w:p>
    <w:p w14:paraId="40538641" w14:textId="77777777" w:rsidR="00CA21DD" w:rsidRPr="00BC0D5C" w:rsidRDefault="00000000" w:rsidP="00BC0D5C">
      <w:pPr>
        <w:pStyle w:val="ListBullet"/>
        <w:spacing w:after="60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lastRenderedPageBreak/>
        <w:t>Membuat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Area (Polygon): </w:t>
      </w:r>
      <w:proofErr w:type="spellStart"/>
      <w:r w:rsidRPr="00BC0D5C">
        <w:rPr>
          <w:rFonts w:ascii="Arial" w:hAnsi="Arial"/>
          <w:bCs/>
          <w:sz w:val="24"/>
          <w:szCs w:val="24"/>
        </w:rPr>
        <w:t>Mengitari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batas </w:t>
      </w:r>
      <w:proofErr w:type="spellStart"/>
      <w:r w:rsidRPr="00BC0D5C">
        <w:rPr>
          <w:rFonts w:ascii="Arial" w:hAnsi="Arial"/>
          <w:bCs/>
          <w:sz w:val="24"/>
          <w:szCs w:val="24"/>
        </w:rPr>
        <w:t>fasilitas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umum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atau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persil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tanah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kas </w:t>
      </w:r>
      <w:proofErr w:type="spellStart"/>
      <w:r w:rsidRPr="00BC0D5C">
        <w:rPr>
          <w:rFonts w:ascii="Arial" w:hAnsi="Arial"/>
          <w:bCs/>
          <w:sz w:val="24"/>
          <w:szCs w:val="24"/>
        </w:rPr>
        <w:t>desa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untuk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mendapatkan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luasan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areanya</w:t>
      </w:r>
      <w:proofErr w:type="spellEnd"/>
      <w:r w:rsidRPr="00BC0D5C">
        <w:rPr>
          <w:rFonts w:ascii="Arial" w:hAnsi="Arial"/>
          <w:bCs/>
          <w:sz w:val="24"/>
          <w:szCs w:val="24"/>
        </w:rPr>
        <w:t>.</w:t>
      </w:r>
    </w:p>
    <w:p w14:paraId="6A24BC6A" w14:textId="77777777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DCF1B1E" w14:textId="77777777" w:rsidR="00DD521F" w:rsidRPr="00BC0D5C" w:rsidRDefault="00DD521F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EE28192" w14:textId="33946A56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Tabel 1. Data </w:t>
      </w:r>
      <w:proofErr w:type="spellStart"/>
      <w:r w:rsidRPr="00BC0D5C">
        <w:rPr>
          <w:bCs/>
          <w:sz w:val="24"/>
          <w:szCs w:val="24"/>
        </w:rPr>
        <w:t>koordinat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titik</w:t>
      </w:r>
      <w:proofErr w:type="spellEnd"/>
      <w:r w:rsidRPr="00BC0D5C">
        <w:rPr>
          <w:bCs/>
          <w:sz w:val="24"/>
          <w:szCs w:val="24"/>
        </w:rPr>
        <w:t xml:space="preserve"> Desa Ginanjar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269"/>
        <w:gridCol w:w="1116"/>
        <w:gridCol w:w="1293"/>
        <w:gridCol w:w="2163"/>
        <w:gridCol w:w="1894"/>
      </w:tblGrid>
      <w:tr w:rsidR="00BC0D5C" w:rsidRPr="00BC0D5C" w14:paraId="174A50F6" w14:textId="77777777" w:rsidTr="00B4215D">
        <w:trPr>
          <w:trHeight w:val="300"/>
        </w:trPr>
        <w:tc>
          <w:tcPr>
            <w:tcW w:w="456" w:type="dxa"/>
            <w:shd w:val="clear" w:color="2B6CB0" w:fill="2B6CB0"/>
            <w:noWrap/>
            <w:vAlign w:val="center"/>
            <w:hideMark/>
          </w:tcPr>
          <w:p w14:paraId="74C071F6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No</w:t>
            </w:r>
          </w:p>
        </w:tc>
        <w:tc>
          <w:tcPr>
            <w:tcW w:w="2379" w:type="dxa"/>
            <w:shd w:val="clear" w:color="2B6CB0" w:fill="2B6CB0"/>
            <w:noWrap/>
            <w:vAlign w:val="center"/>
            <w:hideMark/>
          </w:tcPr>
          <w:p w14:paraId="15E0CE53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Nama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Objek</w:t>
            </w:r>
            <w:proofErr w:type="spellEnd"/>
          </w:p>
        </w:tc>
        <w:tc>
          <w:tcPr>
            <w:tcW w:w="993" w:type="dxa"/>
            <w:shd w:val="clear" w:color="2B6CB0" w:fill="2B6CB0"/>
            <w:noWrap/>
            <w:vAlign w:val="center"/>
            <w:hideMark/>
          </w:tcPr>
          <w:p w14:paraId="6C58059D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Latitude (Lintang)</w:t>
            </w:r>
          </w:p>
        </w:tc>
        <w:tc>
          <w:tcPr>
            <w:tcW w:w="1134" w:type="dxa"/>
            <w:shd w:val="clear" w:color="2B6CB0" w:fill="2B6CB0"/>
            <w:noWrap/>
            <w:vAlign w:val="center"/>
            <w:hideMark/>
          </w:tcPr>
          <w:p w14:paraId="07DC5279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Longitude (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Bujur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2B6CB0" w:fill="2B6CB0"/>
            <w:noWrap/>
            <w:vAlign w:val="center"/>
            <w:hideMark/>
          </w:tcPr>
          <w:p w14:paraId="2A5497F1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Kondisi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/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1984" w:type="dxa"/>
            <w:shd w:val="clear" w:color="2B6CB0" w:fill="2B6CB0"/>
            <w:noWrap/>
            <w:vAlign w:val="center"/>
            <w:hideMark/>
          </w:tcPr>
          <w:p w14:paraId="0A55C3EF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Pengelola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/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Penerima</w:t>
            </w:r>
            <w:proofErr w:type="spellEnd"/>
          </w:p>
        </w:tc>
      </w:tr>
      <w:tr w:rsidR="00BC0D5C" w:rsidRPr="00BC0D5C" w14:paraId="2889A03A" w14:textId="77777777" w:rsidTr="00B4215D">
        <w:trPr>
          <w:trHeight w:val="300"/>
        </w:trPr>
        <w:tc>
          <w:tcPr>
            <w:tcW w:w="456" w:type="dxa"/>
            <w:noWrap/>
            <w:vAlign w:val="bottom"/>
            <w:hideMark/>
          </w:tcPr>
          <w:p w14:paraId="1910BC7F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379" w:type="dxa"/>
            <w:noWrap/>
            <w:vAlign w:val="bottom"/>
            <w:hideMark/>
          </w:tcPr>
          <w:p w14:paraId="321C006C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Kantor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Kepala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Desa Ginanjar</w:t>
            </w:r>
          </w:p>
        </w:tc>
        <w:tc>
          <w:tcPr>
            <w:tcW w:w="993" w:type="dxa"/>
            <w:noWrap/>
            <w:vAlign w:val="bottom"/>
            <w:hideMark/>
          </w:tcPr>
          <w:p w14:paraId="7748F01F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-6.81425</w:t>
            </w:r>
          </w:p>
        </w:tc>
        <w:tc>
          <w:tcPr>
            <w:tcW w:w="1134" w:type="dxa"/>
            <w:noWrap/>
            <w:vAlign w:val="bottom"/>
            <w:hideMark/>
          </w:tcPr>
          <w:p w14:paraId="4430BAA4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106.81542</w:t>
            </w:r>
          </w:p>
        </w:tc>
        <w:tc>
          <w:tcPr>
            <w:tcW w:w="2268" w:type="dxa"/>
            <w:noWrap/>
            <w:vAlign w:val="bottom"/>
            <w:hideMark/>
          </w:tcPr>
          <w:p w14:paraId="1C74F647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Baik (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Bangunan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Utama)</w:t>
            </w:r>
          </w:p>
        </w:tc>
        <w:tc>
          <w:tcPr>
            <w:tcW w:w="1984" w:type="dxa"/>
            <w:noWrap/>
            <w:vAlign w:val="bottom"/>
            <w:hideMark/>
          </w:tcPr>
          <w:p w14:paraId="4E18CD52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Pemerintah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Desa Ginanjar</w:t>
            </w:r>
          </w:p>
        </w:tc>
      </w:tr>
      <w:tr w:rsidR="00BC0D5C" w:rsidRPr="00BC0D5C" w14:paraId="510021EC" w14:textId="77777777" w:rsidTr="00B4215D">
        <w:trPr>
          <w:trHeight w:val="300"/>
        </w:trPr>
        <w:tc>
          <w:tcPr>
            <w:tcW w:w="456" w:type="dxa"/>
            <w:noWrap/>
            <w:vAlign w:val="bottom"/>
            <w:hideMark/>
          </w:tcPr>
          <w:p w14:paraId="42D497F4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379" w:type="dxa"/>
            <w:noWrap/>
            <w:vAlign w:val="bottom"/>
            <w:hideMark/>
          </w:tcPr>
          <w:p w14:paraId="70D63F08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Posyandu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Mawar Ginanjar</w:t>
            </w:r>
          </w:p>
        </w:tc>
        <w:tc>
          <w:tcPr>
            <w:tcW w:w="993" w:type="dxa"/>
            <w:noWrap/>
            <w:vAlign w:val="bottom"/>
            <w:hideMark/>
          </w:tcPr>
          <w:p w14:paraId="663D1C7A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-6.81510</w:t>
            </w:r>
          </w:p>
        </w:tc>
        <w:tc>
          <w:tcPr>
            <w:tcW w:w="1134" w:type="dxa"/>
            <w:noWrap/>
            <w:vAlign w:val="bottom"/>
            <w:hideMark/>
          </w:tcPr>
          <w:p w14:paraId="517A56DA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106.81610</w:t>
            </w:r>
          </w:p>
        </w:tc>
        <w:tc>
          <w:tcPr>
            <w:tcW w:w="2268" w:type="dxa"/>
            <w:noWrap/>
            <w:vAlign w:val="bottom"/>
            <w:hideMark/>
          </w:tcPr>
          <w:p w14:paraId="5D62BD90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Cukup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Butuh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Alat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Timbangan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Digital)</w:t>
            </w:r>
          </w:p>
        </w:tc>
        <w:tc>
          <w:tcPr>
            <w:tcW w:w="1984" w:type="dxa"/>
            <w:noWrap/>
            <w:vAlign w:val="bottom"/>
            <w:hideMark/>
          </w:tcPr>
          <w:p w14:paraId="300F2B62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Kader PKK Dusun 1</w:t>
            </w:r>
          </w:p>
        </w:tc>
      </w:tr>
      <w:tr w:rsidR="00BC0D5C" w:rsidRPr="00BC0D5C" w14:paraId="5DE6E991" w14:textId="77777777" w:rsidTr="00B4215D">
        <w:trPr>
          <w:trHeight w:val="300"/>
        </w:trPr>
        <w:tc>
          <w:tcPr>
            <w:tcW w:w="456" w:type="dxa"/>
            <w:noWrap/>
            <w:vAlign w:val="bottom"/>
            <w:hideMark/>
          </w:tcPr>
          <w:p w14:paraId="0D2233FA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2379" w:type="dxa"/>
            <w:noWrap/>
            <w:vAlign w:val="bottom"/>
            <w:hideMark/>
          </w:tcPr>
          <w:p w14:paraId="7430BE1B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SDN 1 Ginanjar</w:t>
            </w:r>
          </w:p>
        </w:tc>
        <w:tc>
          <w:tcPr>
            <w:tcW w:w="993" w:type="dxa"/>
            <w:noWrap/>
            <w:vAlign w:val="bottom"/>
            <w:hideMark/>
          </w:tcPr>
          <w:p w14:paraId="0CFA0C2C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-6.81350</w:t>
            </w:r>
          </w:p>
        </w:tc>
        <w:tc>
          <w:tcPr>
            <w:tcW w:w="1134" w:type="dxa"/>
            <w:noWrap/>
            <w:vAlign w:val="bottom"/>
            <w:hideMark/>
          </w:tcPr>
          <w:p w14:paraId="6FB198EC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106.81480</w:t>
            </w:r>
          </w:p>
        </w:tc>
        <w:tc>
          <w:tcPr>
            <w:tcW w:w="2268" w:type="dxa"/>
            <w:noWrap/>
            <w:vAlign w:val="bottom"/>
            <w:hideMark/>
          </w:tcPr>
          <w:p w14:paraId="0B4484A2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Baik (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Fasilitas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8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Kelas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noWrap/>
            <w:vAlign w:val="bottom"/>
            <w:hideMark/>
          </w:tcPr>
          <w:p w14:paraId="5EA0E7BB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Dinas Pendidikan</w:t>
            </w:r>
          </w:p>
        </w:tc>
      </w:tr>
      <w:tr w:rsidR="00BC0D5C" w:rsidRPr="00BC0D5C" w14:paraId="619C890B" w14:textId="77777777" w:rsidTr="00B4215D">
        <w:trPr>
          <w:trHeight w:val="300"/>
        </w:trPr>
        <w:tc>
          <w:tcPr>
            <w:tcW w:w="456" w:type="dxa"/>
            <w:noWrap/>
            <w:vAlign w:val="bottom"/>
            <w:hideMark/>
          </w:tcPr>
          <w:p w14:paraId="7E9B4A72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2379" w:type="dxa"/>
            <w:noWrap/>
            <w:vAlign w:val="bottom"/>
            <w:hideMark/>
          </w:tcPr>
          <w:p w14:paraId="2683F166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Rumah KPM -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Bpk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Junaedi</w:t>
            </w:r>
            <w:proofErr w:type="spellEnd"/>
          </w:p>
        </w:tc>
        <w:tc>
          <w:tcPr>
            <w:tcW w:w="993" w:type="dxa"/>
            <w:noWrap/>
            <w:vAlign w:val="bottom"/>
            <w:hideMark/>
          </w:tcPr>
          <w:p w14:paraId="2ED0A4CE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-6.81620</w:t>
            </w:r>
          </w:p>
        </w:tc>
        <w:tc>
          <w:tcPr>
            <w:tcW w:w="1134" w:type="dxa"/>
            <w:noWrap/>
            <w:vAlign w:val="bottom"/>
            <w:hideMark/>
          </w:tcPr>
          <w:p w14:paraId="154F4902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106.81715</w:t>
            </w:r>
          </w:p>
        </w:tc>
        <w:tc>
          <w:tcPr>
            <w:tcW w:w="2268" w:type="dxa"/>
            <w:noWrap/>
            <w:vAlign w:val="bottom"/>
            <w:hideMark/>
          </w:tcPr>
          <w:p w14:paraId="1DB080DC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Rumah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Panggung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Bambu (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Penerima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BLT-DD)</w:t>
            </w:r>
          </w:p>
        </w:tc>
        <w:tc>
          <w:tcPr>
            <w:tcW w:w="1984" w:type="dxa"/>
            <w:noWrap/>
            <w:vAlign w:val="bottom"/>
            <w:hideMark/>
          </w:tcPr>
          <w:p w14:paraId="174C3511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Keluarga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Miskin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Ekstrem</w:t>
            </w:r>
            <w:proofErr w:type="spellEnd"/>
          </w:p>
        </w:tc>
      </w:tr>
      <w:tr w:rsidR="00BC0D5C" w:rsidRPr="00BC0D5C" w14:paraId="4F46E7ED" w14:textId="77777777" w:rsidTr="00B4215D">
        <w:trPr>
          <w:trHeight w:val="300"/>
        </w:trPr>
        <w:tc>
          <w:tcPr>
            <w:tcW w:w="456" w:type="dxa"/>
            <w:noWrap/>
            <w:vAlign w:val="bottom"/>
            <w:hideMark/>
          </w:tcPr>
          <w:p w14:paraId="4D4249DB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2379" w:type="dxa"/>
            <w:noWrap/>
            <w:vAlign w:val="bottom"/>
            <w:hideMark/>
          </w:tcPr>
          <w:p w14:paraId="03182EC1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Rumah KPM - Ibu Aminah</w:t>
            </w:r>
          </w:p>
        </w:tc>
        <w:tc>
          <w:tcPr>
            <w:tcW w:w="993" w:type="dxa"/>
            <w:noWrap/>
            <w:vAlign w:val="bottom"/>
            <w:hideMark/>
          </w:tcPr>
          <w:p w14:paraId="51C64D92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-6.81685</w:t>
            </w:r>
          </w:p>
        </w:tc>
        <w:tc>
          <w:tcPr>
            <w:tcW w:w="1134" w:type="dxa"/>
            <w:noWrap/>
            <w:vAlign w:val="bottom"/>
            <w:hideMark/>
          </w:tcPr>
          <w:p w14:paraId="3F9AC15E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106.81790</w:t>
            </w:r>
          </w:p>
        </w:tc>
        <w:tc>
          <w:tcPr>
            <w:tcW w:w="2268" w:type="dxa"/>
            <w:noWrap/>
            <w:vAlign w:val="bottom"/>
            <w:hideMark/>
          </w:tcPr>
          <w:p w14:paraId="2EF91023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Dinding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Gedek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Penerima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PKH)</w:t>
            </w:r>
          </w:p>
        </w:tc>
        <w:tc>
          <w:tcPr>
            <w:tcW w:w="1984" w:type="dxa"/>
            <w:noWrap/>
            <w:vAlign w:val="bottom"/>
            <w:hideMark/>
          </w:tcPr>
          <w:p w14:paraId="23ECD227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Lansia Tunggal</w:t>
            </w:r>
          </w:p>
        </w:tc>
      </w:tr>
      <w:tr w:rsidR="00BC0D5C" w:rsidRPr="00BC0D5C" w14:paraId="07BF478D" w14:textId="77777777" w:rsidTr="00B4215D">
        <w:trPr>
          <w:trHeight w:val="300"/>
        </w:trPr>
        <w:tc>
          <w:tcPr>
            <w:tcW w:w="456" w:type="dxa"/>
            <w:noWrap/>
            <w:vAlign w:val="bottom"/>
            <w:hideMark/>
          </w:tcPr>
          <w:p w14:paraId="6E3C4D0E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2379" w:type="dxa"/>
            <w:noWrap/>
            <w:vAlign w:val="bottom"/>
            <w:hideMark/>
          </w:tcPr>
          <w:p w14:paraId="1A6509C0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Bak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Penampungan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Air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Bersih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Desa</w:t>
            </w:r>
          </w:p>
        </w:tc>
        <w:tc>
          <w:tcPr>
            <w:tcW w:w="993" w:type="dxa"/>
            <w:noWrap/>
            <w:vAlign w:val="bottom"/>
            <w:hideMark/>
          </w:tcPr>
          <w:p w14:paraId="3133C160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-6.81210</w:t>
            </w:r>
          </w:p>
        </w:tc>
        <w:tc>
          <w:tcPr>
            <w:tcW w:w="1134" w:type="dxa"/>
            <w:noWrap/>
            <w:vAlign w:val="bottom"/>
            <w:hideMark/>
          </w:tcPr>
          <w:p w14:paraId="298E4350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106.81320</w:t>
            </w:r>
          </w:p>
        </w:tc>
        <w:tc>
          <w:tcPr>
            <w:tcW w:w="2268" w:type="dxa"/>
            <w:noWrap/>
            <w:vAlign w:val="bottom"/>
            <w:hideMark/>
          </w:tcPr>
          <w:p w14:paraId="51B919D2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Berfungsi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Baik (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Sumber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Mata Air)</w:t>
            </w:r>
          </w:p>
        </w:tc>
        <w:tc>
          <w:tcPr>
            <w:tcW w:w="1984" w:type="dxa"/>
            <w:noWrap/>
            <w:vAlign w:val="bottom"/>
            <w:hideMark/>
          </w:tcPr>
          <w:p w14:paraId="45206B40" w14:textId="77777777" w:rsidR="00DD521F" w:rsidRPr="00BC0D5C" w:rsidRDefault="00DD521F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KP-SPAMS Ginanjar</w:t>
            </w:r>
          </w:p>
        </w:tc>
      </w:tr>
      <w:tr w:rsidR="00BC0D5C" w:rsidRPr="00BC0D5C" w14:paraId="4EB7A79F" w14:textId="77777777" w:rsidTr="00B4215D">
        <w:trPr>
          <w:trHeight w:val="300"/>
        </w:trPr>
        <w:tc>
          <w:tcPr>
            <w:tcW w:w="456" w:type="dxa"/>
            <w:noWrap/>
            <w:vAlign w:val="bottom"/>
          </w:tcPr>
          <w:p w14:paraId="6DF0BE9E" w14:textId="5380C831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2379" w:type="dxa"/>
            <w:noWrap/>
            <w:vAlign w:val="bottom"/>
          </w:tcPr>
          <w:p w14:paraId="47CDA5BD" w14:textId="3721C9CA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hAnsi="Arial" w:cs="Arial"/>
                <w:bCs/>
                <w:sz w:val="24"/>
                <w:szCs w:val="24"/>
              </w:rPr>
              <w:t xml:space="preserve">Jalan Dusun Ginanjar </w:t>
            </w:r>
            <w:proofErr w:type="spellStart"/>
            <w:r w:rsidRPr="00BC0D5C">
              <w:rPr>
                <w:rFonts w:ascii="Arial" w:hAnsi="Arial" w:cs="Arial"/>
                <w:bCs/>
                <w:sz w:val="24"/>
                <w:szCs w:val="24"/>
              </w:rPr>
              <w:t>Siliwangi</w:t>
            </w:r>
            <w:proofErr w:type="spellEnd"/>
          </w:p>
        </w:tc>
        <w:tc>
          <w:tcPr>
            <w:tcW w:w="993" w:type="dxa"/>
            <w:noWrap/>
            <w:vAlign w:val="bottom"/>
          </w:tcPr>
          <w:p w14:paraId="375C24B1" w14:textId="56874AB7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-6.81620</w:t>
            </w:r>
          </w:p>
        </w:tc>
        <w:tc>
          <w:tcPr>
            <w:tcW w:w="1134" w:type="dxa"/>
            <w:noWrap/>
            <w:vAlign w:val="bottom"/>
          </w:tcPr>
          <w:p w14:paraId="64F87CC1" w14:textId="34131187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106.81715</w:t>
            </w:r>
          </w:p>
        </w:tc>
        <w:tc>
          <w:tcPr>
            <w:tcW w:w="2268" w:type="dxa"/>
            <w:noWrap/>
            <w:vAlign w:val="bottom"/>
          </w:tcPr>
          <w:p w14:paraId="2BD6EBE1" w14:textId="5D459B6A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Garis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Inftrastruktur</w:t>
            </w:r>
            <w:proofErr w:type="spellEnd"/>
          </w:p>
        </w:tc>
        <w:tc>
          <w:tcPr>
            <w:tcW w:w="1984" w:type="dxa"/>
            <w:noWrap/>
            <w:vAlign w:val="bottom"/>
          </w:tcPr>
          <w:p w14:paraId="6F23E290" w14:textId="441BC791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Pemerintah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Desa Ginanjar</w:t>
            </w:r>
          </w:p>
        </w:tc>
      </w:tr>
      <w:tr w:rsidR="00BC0D5C" w:rsidRPr="00BC0D5C" w14:paraId="635364FF" w14:textId="77777777" w:rsidTr="00B4215D">
        <w:trPr>
          <w:trHeight w:val="300"/>
        </w:trPr>
        <w:tc>
          <w:tcPr>
            <w:tcW w:w="456" w:type="dxa"/>
            <w:noWrap/>
            <w:vAlign w:val="bottom"/>
          </w:tcPr>
          <w:p w14:paraId="4717FD9F" w14:textId="6941B117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2379" w:type="dxa"/>
            <w:noWrap/>
            <w:vAlign w:val="bottom"/>
          </w:tcPr>
          <w:p w14:paraId="7E69A0CA" w14:textId="26472892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hAnsi="Arial" w:cs="Arial"/>
                <w:bCs/>
                <w:sz w:val="24"/>
                <w:szCs w:val="24"/>
              </w:rPr>
              <w:t>Saluran</w:t>
            </w:r>
            <w:proofErr w:type="spellEnd"/>
            <w:r w:rsidRPr="00BC0D5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C0D5C">
              <w:rPr>
                <w:rFonts w:ascii="Arial" w:hAnsi="Arial" w:cs="Arial"/>
                <w:bCs/>
                <w:sz w:val="24"/>
                <w:szCs w:val="24"/>
              </w:rPr>
              <w:t>Irigasi</w:t>
            </w:r>
            <w:proofErr w:type="spellEnd"/>
            <w:r w:rsidRPr="00BC0D5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C0D5C">
              <w:rPr>
                <w:rFonts w:ascii="Arial" w:hAnsi="Arial" w:cs="Arial"/>
                <w:bCs/>
                <w:sz w:val="24"/>
                <w:szCs w:val="24"/>
              </w:rPr>
              <w:t>Pasir</w:t>
            </w:r>
            <w:proofErr w:type="spellEnd"/>
            <w:r w:rsidRPr="00BC0D5C">
              <w:rPr>
                <w:rFonts w:ascii="Arial" w:hAnsi="Arial" w:cs="Arial"/>
                <w:bCs/>
                <w:sz w:val="24"/>
                <w:szCs w:val="24"/>
              </w:rPr>
              <w:t xml:space="preserve"> Kuda</w:t>
            </w:r>
          </w:p>
        </w:tc>
        <w:tc>
          <w:tcPr>
            <w:tcW w:w="993" w:type="dxa"/>
            <w:noWrap/>
            <w:vAlign w:val="bottom"/>
          </w:tcPr>
          <w:p w14:paraId="354A5208" w14:textId="732B0604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-6.81350</w:t>
            </w:r>
          </w:p>
        </w:tc>
        <w:tc>
          <w:tcPr>
            <w:tcW w:w="1134" w:type="dxa"/>
            <w:noWrap/>
            <w:vAlign w:val="bottom"/>
          </w:tcPr>
          <w:p w14:paraId="7F39BF10" w14:textId="7F438DBA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106.81480</w:t>
            </w:r>
          </w:p>
        </w:tc>
        <w:tc>
          <w:tcPr>
            <w:tcW w:w="2268" w:type="dxa"/>
            <w:noWrap/>
            <w:vAlign w:val="bottom"/>
          </w:tcPr>
          <w:p w14:paraId="6563D7EC" w14:textId="23B56BE3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Garis </w:t>
            </w: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Inftrastruktur</w:t>
            </w:r>
            <w:proofErr w:type="spellEnd"/>
          </w:p>
        </w:tc>
        <w:tc>
          <w:tcPr>
            <w:tcW w:w="1984" w:type="dxa"/>
            <w:noWrap/>
            <w:vAlign w:val="bottom"/>
          </w:tcPr>
          <w:p w14:paraId="425F768A" w14:textId="78C3F025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Pemerintah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Desa Ginanjar</w:t>
            </w:r>
          </w:p>
        </w:tc>
      </w:tr>
      <w:tr w:rsidR="00BC0D5C" w:rsidRPr="00BC0D5C" w14:paraId="1116B390" w14:textId="77777777" w:rsidTr="00B4215D">
        <w:trPr>
          <w:trHeight w:val="300"/>
        </w:trPr>
        <w:tc>
          <w:tcPr>
            <w:tcW w:w="456" w:type="dxa"/>
            <w:noWrap/>
            <w:vAlign w:val="bottom"/>
          </w:tcPr>
          <w:p w14:paraId="1FD99E0E" w14:textId="18339F57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2379" w:type="dxa"/>
            <w:noWrap/>
            <w:vAlign w:val="bottom"/>
          </w:tcPr>
          <w:p w14:paraId="7A914DC2" w14:textId="26ED4B74" w:rsidR="00B4215D" w:rsidRPr="00BC0D5C" w:rsidRDefault="00B4215D" w:rsidP="00BC0D5C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C0D5C">
              <w:rPr>
                <w:rFonts w:ascii="Arial" w:hAnsi="Arial" w:cs="Arial"/>
                <w:bCs/>
                <w:sz w:val="24"/>
                <w:szCs w:val="24"/>
              </w:rPr>
              <w:t xml:space="preserve">Tanah </w:t>
            </w:r>
            <w:proofErr w:type="spellStart"/>
            <w:r w:rsidRPr="00BC0D5C">
              <w:rPr>
                <w:rFonts w:ascii="Arial" w:hAnsi="Arial" w:cs="Arial"/>
                <w:bCs/>
                <w:sz w:val="24"/>
                <w:szCs w:val="24"/>
              </w:rPr>
              <w:t>Bengkok</w:t>
            </w:r>
            <w:proofErr w:type="spellEnd"/>
          </w:p>
        </w:tc>
        <w:tc>
          <w:tcPr>
            <w:tcW w:w="993" w:type="dxa"/>
            <w:noWrap/>
            <w:vAlign w:val="bottom"/>
          </w:tcPr>
          <w:p w14:paraId="3361010A" w14:textId="73651296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-6.81100</w:t>
            </w:r>
          </w:p>
        </w:tc>
        <w:tc>
          <w:tcPr>
            <w:tcW w:w="1134" w:type="dxa"/>
            <w:noWrap/>
            <w:vAlign w:val="bottom"/>
          </w:tcPr>
          <w:p w14:paraId="2B71B653" w14:textId="691CD975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106.81200</w:t>
            </w:r>
          </w:p>
        </w:tc>
        <w:tc>
          <w:tcPr>
            <w:tcW w:w="2268" w:type="dxa"/>
            <w:noWrap/>
            <w:vAlign w:val="bottom"/>
          </w:tcPr>
          <w:p w14:paraId="446C51E3" w14:textId="5A443252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Poligon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Area</w:t>
            </w:r>
          </w:p>
        </w:tc>
        <w:tc>
          <w:tcPr>
            <w:tcW w:w="1984" w:type="dxa"/>
            <w:noWrap/>
            <w:vAlign w:val="bottom"/>
          </w:tcPr>
          <w:p w14:paraId="0A8E531A" w14:textId="7EC5119D" w:rsidR="00B4215D" w:rsidRPr="00BC0D5C" w:rsidRDefault="00B4215D" w:rsidP="00BC0D5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proofErr w:type="spellStart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>Pemerintah</w:t>
            </w:r>
            <w:proofErr w:type="spellEnd"/>
            <w:r w:rsidRPr="00BC0D5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Desa Ginanjar</w:t>
            </w:r>
          </w:p>
        </w:tc>
      </w:tr>
    </w:tbl>
    <w:p w14:paraId="48E01A83" w14:textId="77777777" w:rsidR="00DD521F" w:rsidRPr="00BC0D5C" w:rsidRDefault="00DD521F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78F1AF0" w14:textId="77777777" w:rsidR="00DD521F" w:rsidRPr="00BC0D5C" w:rsidRDefault="00DD521F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05859EEB" w14:textId="748B270B" w:rsidR="00DD521F" w:rsidRPr="00BC0D5C" w:rsidRDefault="00B87E70" w:rsidP="00BC0D5C">
      <w:pPr>
        <w:pStyle w:val="ListBullet"/>
        <w:numPr>
          <w:ilvl w:val="0"/>
          <w:numId w:val="0"/>
        </w:numPr>
        <w:spacing w:after="6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>Langkah-</w:t>
      </w:r>
      <w:proofErr w:type="spellStart"/>
      <w:r w:rsidRPr="00BC0D5C">
        <w:rPr>
          <w:bCs/>
          <w:sz w:val="24"/>
          <w:szCs w:val="24"/>
        </w:rPr>
        <w:t>langkahnya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sebagai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berikut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:</w:t>
      </w:r>
    </w:p>
    <w:p w14:paraId="15F2F03D" w14:textId="07390D83" w:rsidR="00B87E70" w:rsidRPr="00BC0D5C" w:rsidRDefault="00B87E70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left="284" w:hanging="284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Pastikan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softwa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qgis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sudah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terinstal</w:t>
      </w:r>
      <w:proofErr w:type="spellEnd"/>
      <w:r w:rsidRPr="00BC0D5C">
        <w:rPr>
          <w:bCs/>
          <w:sz w:val="24"/>
          <w:szCs w:val="24"/>
        </w:rPr>
        <w:t xml:space="preserve"> pada </w:t>
      </w:r>
      <w:proofErr w:type="spellStart"/>
      <w:r w:rsidRPr="00BC0D5C">
        <w:rPr>
          <w:bCs/>
          <w:sz w:val="24"/>
          <w:szCs w:val="24"/>
        </w:rPr>
        <w:t>komputer</w:t>
      </w:r>
      <w:proofErr w:type="spellEnd"/>
      <w:r w:rsidRPr="00BC0D5C">
        <w:rPr>
          <w:bCs/>
          <w:sz w:val="24"/>
          <w:szCs w:val="24"/>
        </w:rPr>
        <w:t xml:space="preserve"> masing-masing. </w:t>
      </w:r>
      <w:proofErr w:type="spellStart"/>
      <w:r w:rsidRPr="00BC0D5C">
        <w:rPr>
          <w:bCs/>
          <w:sz w:val="24"/>
          <w:szCs w:val="24"/>
        </w:rPr>
        <w:t>Tampilannya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</w:p>
    <w:p w14:paraId="3ED93EF8" w14:textId="649CC1C1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41344" behindDoc="0" locked="0" layoutInCell="1" allowOverlap="1" wp14:anchorId="20CFE4F3" wp14:editId="61C78E12">
            <wp:simplePos x="0" y="0"/>
            <wp:positionH relativeFrom="column">
              <wp:posOffset>498764</wp:posOffset>
            </wp:positionH>
            <wp:positionV relativeFrom="paragraph">
              <wp:posOffset>77800</wp:posOffset>
            </wp:positionV>
            <wp:extent cx="4583875" cy="2576960"/>
            <wp:effectExtent l="0" t="0" r="7620" b="0"/>
            <wp:wrapNone/>
            <wp:docPr id="1485940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9400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89777" cy="2580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2D87E" w14:textId="0F12F063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918FCCA" w14:textId="77777777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AEC7C6A" w14:textId="77777777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26CB9A18" w14:textId="2517BF7F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6228387" w14:textId="77777777" w:rsidR="00DD521F" w:rsidRPr="00BC0D5C" w:rsidRDefault="00DD521F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AF76C72" w14:textId="77777777" w:rsidR="00DD521F" w:rsidRPr="00BC0D5C" w:rsidRDefault="00DD521F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4DCE6D8" w14:textId="77777777" w:rsidR="00DD521F" w:rsidRPr="00BC0D5C" w:rsidRDefault="00DD521F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3D9F69B7" w14:textId="77777777" w:rsidR="00DD521F" w:rsidRPr="00BC0D5C" w:rsidRDefault="00DD521F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A1F41BF" w14:textId="77777777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4F84890" w14:textId="77777777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3A7324C" w14:textId="77777777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0B215650" w14:textId="77777777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EC1CE61" w14:textId="77777777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E802DC4" w14:textId="77777777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3AE47A9D" w14:textId="22D60E39" w:rsidR="00B87E70" w:rsidRPr="00BC0D5C" w:rsidRDefault="00886009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left="284" w:hanging="284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Copy-paste </w:t>
      </w:r>
      <w:proofErr w:type="spellStart"/>
      <w:r w:rsidRPr="00BC0D5C">
        <w:rPr>
          <w:bCs/>
          <w:sz w:val="24"/>
          <w:szCs w:val="24"/>
        </w:rPr>
        <w:t>tabel</w:t>
      </w:r>
      <w:proofErr w:type="spellEnd"/>
      <w:r w:rsidRPr="00BC0D5C">
        <w:rPr>
          <w:bCs/>
          <w:sz w:val="24"/>
          <w:szCs w:val="24"/>
        </w:rPr>
        <w:t xml:space="preserve"> 1 </w:t>
      </w:r>
      <w:proofErr w:type="spellStart"/>
      <w:r w:rsidRPr="00BC0D5C">
        <w:rPr>
          <w:bCs/>
          <w:sz w:val="24"/>
          <w:szCs w:val="24"/>
        </w:rPr>
        <w:t>ke</w:t>
      </w:r>
      <w:proofErr w:type="spellEnd"/>
      <w:r w:rsidRPr="00BC0D5C">
        <w:rPr>
          <w:bCs/>
          <w:sz w:val="24"/>
          <w:szCs w:val="24"/>
        </w:rPr>
        <w:t xml:space="preserve"> excel dan </w:t>
      </w:r>
      <w:proofErr w:type="spellStart"/>
      <w:r w:rsidRPr="00BC0D5C">
        <w:rPr>
          <w:bCs/>
          <w:sz w:val="24"/>
          <w:szCs w:val="24"/>
        </w:rPr>
        <w:t>hanya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menyalin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bagian</w:t>
      </w:r>
      <w:proofErr w:type="spellEnd"/>
      <w:r w:rsidRPr="00BC0D5C">
        <w:rPr>
          <w:bCs/>
          <w:sz w:val="24"/>
          <w:szCs w:val="24"/>
        </w:rPr>
        <w:t xml:space="preserve"> nama </w:t>
      </w:r>
      <w:proofErr w:type="spellStart"/>
      <w:r w:rsidRPr="00BC0D5C">
        <w:rPr>
          <w:bCs/>
          <w:sz w:val="24"/>
          <w:szCs w:val="24"/>
        </w:rPr>
        <w:t>obyek</w:t>
      </w:r>
      <w:proofErr w:type="spellEnd"/>
      <w:r w:rsidRPr="00BC0D5C">
        <w:rPr>
          <w:bCs/>
          <w:sz w:val="24"/>
          <w:szCs w:val="24"/>
        </w:rPr>
        <w:t xml:space="preserve">, latitude dan longitude </w:t>
      </w:r>
      <w:proofErr w:type="spellStart"/>
      <w:r w:rsidRPr="00BC0D5C">
        <w:rPr>
          <w:bCs/>
          <w:sz w:val="24"/>
          <w:szCs w:val="24"/>
        </w:rPr>
        <w:t>saja</w:t>
      </w:r>
      <w:proofErr w:type="spellEnd"/>
      <w:r w:rsidR="009471A9" w:rsidRPr="00BC0D5C">
        <w:rPr>
          <w:bCs/>
          <w:sz w:val="24"/>
          <w:szCs w:val="24"/>
        </w:rPr>
        <w:t xml:space="preserve">. </w:t>
      </w:r>
      <w:proofErr w:type="spellStart"/>
      <w:r w:rsidR="009471A9" w:rsidRPr="00BC0D5C">
        <w:rPr>
          <w:bCs/>
          <w:sz w:val="24"/>
          <w:szCs w:val="24"/>
        </w:rPr>
        <w:t>Lakukan</w:t>
      </w:r>
      <w:proofErr w:type="spellEnd"/>
      <w:r w:rsidR="009471A9" w:rsidRPr="00BC0D5C">
        <w:rPr>
          <w:bCs/>
          <w:sz w:val="24"/>
          <w:szCs w:val="24"/>
        </w:rPr>
        <w:t xml:space="preserve"> </w:t>
      </w:r>
      <w:proofErr w:type="spellStart"/>
      <w:r w:rsidR="009471A9" w:rsidRPr="00BC0D5C">
        <w:rPr>
          <w:bCs/>
          <w:sz w:val="24"/>
          <w:szCs w:val="24"/>
        </w:rPr>
        <w:t>perobahan</w:t>
      </w:r>
      <w:proofErr w:type="spellEnd"/>
      <w:r w:rsidR="009471A9" w:rsidRPr="00BC0D5C">
        <w:rPr>
          <w:bCs/>
          <w:sz w:val="24"/>
          <w:szCs w:val="24"/>
        </w:rPr>
        <w:t xml:space="preserve"> data excel </w:t>
      </w:r>
      <w:proofErr w:type="spellStart"/>
      <w:r w:rsidR="009471A9" w:rsidRPr="00BC0D5C">
        <w:rPr>
          <w:bCs/>
          <w:sz w:val="24"/>
          <w:szCs w:val="24"/>
        </w:rPr>
        <w:t>tadi</w:t>
      </w:r>
      <w:proofErr w:type="spellEnd"/>
      <w:r w:rsidR="009471A9" w:rsidRPr="00BC0D5C">
        <w:rPr>
          <w:bCs/>
          <w:sz w:val="24"/>
          <w:szCs w:val="24"/>
        </w:rPr>
        <w:t xml:space="preserve"> </w:t>
      </w:r>
      <w:proofErr w:type="spellStart"/>
      <w:r w:rsidR="009471A9" w:rsidRPr="00BC0D5C">
        <w:rPr>
          <w:bCs/>
          <w:sz w:val="24"/>
          <w:szCs w:val="24"/>
        </w:rPr>
        <w:t>menjadi</w:t>
      </w:r>
      <w:proofErr w:type="spellEnd"/>
      <w:r w:rsidR="009471A9" w:rsidRPr="00BC0D5C">
        <w:rPr>
          <w:bCs/>
          <w:sz w:val="24"/>
          <w:szCs w:val="24"/>
        </w:rPr>
        <w:t xml:space="preserve"> data .csv</w:t>
      </w:r>
    </w:p>
    <w:p w14:paraId="48590CE0" w14:textId="6043D7D8" w:rsidR="00886009" w:rsidRPr="00BC0D5C" w:rsidRDefault="00886009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left="284" w:hanging="284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Setelah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selesai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buka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QGis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tadi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lalu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klik</w:t>
      </w:r>
      <w:proofErr w:type="spellEnd"/>
      <w:r w:rsidRPr="00BC0D5C">
        <w:rPr>
          <w:bCs/>
          <w:sz w:val="24"/>
          <w:szCs w:val="24"/>
        </w:rPr>
        <w:t xml:space="preserve"> menu open data source</w:t>
      </w:r>
      <w:r w:rsidR="00FB0603" w:rsidRPr="00BC0D5C">
        <w:rPr>
          <w:bCs/>
          <w:sz w:val="24"/>
          <w:szCs w:val="24"/>
        </w:rPr>
        <w:t xml:space="preserve"> (</w:t>
      </w:r>
      <w:proofErr w:type="spellStart"/>
      <w:r w:rsidR="00FB0603" w:rsidRPr="00BC0D5C">
        <w:rPr>
          <w:bCs/>
          <w:sz w:val="24"/>
          <w:szCs w:val="24"/>
        </w:rPr>
        <w:t>Ctrl+L</w:t>
      </w:r>
      <w:proofErr w:type="spellEnd"/>
      <w:r w:rsidR="00FB0603" w:rsidRPr="00BC0D5C">
        <w:rPr>
          <w:bCs/>
          <w:sz w:val="24"/>
          <w:szCs w:val="24"/>
        </w:rPr>
        <w:t>)</w:t>
      </w:r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maka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tampil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tampilan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berikut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</w:p>
    <w:p w14:paraId="5D66C87D" w14:textId="4F570E75" w:rsidR="00886009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38272" behindDoc="0" locked="0" layoutInCell="1" allowOverlap="1" wp14:anchorId="1A3621D5" wp14:editId="58A49B8A">
            <wp:simplePos x="0" y="0"/>
            <wp:positionH relativeFrom="column">
              <wp:posOffset>1209675</wp:posOffset>
            </wp:positionH>
            <wp:positionV relativeFrom="paragraph">
              <wp:posOffset>152400</wp:posOffset>
            </wp:positionV>
            <wp:extent cx="3362325" cy="2092429"/>
            <wp:effectExtent l="0" t="0" r="0" b="3175"/>
            <wp:wrapNone/>
            <wp:docPr id="785984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984911" name=""/>
                    <pic:cNvPicPr/>
                  </pic:nvPicPr>
                  <pic:blipFill rotWithShape="1">
                    <a:blip r:embed="rId7"/>
                    <a:srcRect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092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E91FB" w14:textId="2E10A357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827CFEF" w14:textId="2D4C1A72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0E83725" w14:textId="77777777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D19CBAA" w14:textId="214902EF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EFA8659" w14:textId="1D108EDF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F00AE80" w14:textId="5F25A87F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82C4DCF" w14:textId="0EE76C60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E6F382D" w14:textId="4773D249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5643C7A" w14:textId="77777777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5844005" w14:textId="77777777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0F275989" w14:textId="77777777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B439249" w14:textId="5BF648E8" w:rsidR="008C242E" w:rsidRPr="00BC0D5C" w:rsidRDefault="008C242E" w:rsidP="00BC0D5C">
      <w:pPr>
        <w:pStyle w:val="ListBullet"/>
        <w:numPr>
          <w:ilvl w:val="0"/>
          <w:numId w:val="0"/>
        </w:numPr>
        <w:spacing w:after="60"/>
        <w:jc w:val="both"/>
        <w:rPr>
          <w:bCs/>
          <w:sz w:val="24"/>
          <w:szCs w:val="24"/>
        </w:rPr>
      </w:pPr>
    </w:p>
    <w:p w14:paraId="32452E19" w14:textId="2DF57AA3" w:rsidR="008C242E" w:rsidRPr="00BC0D5C" w:rsidRDefault="00BF46F7" w:rsidP="00BC0D5C">
      <w:pPr>
        <w:pStyle w:val="ListBullet"/>
        <w:numPr>
          <w:ilvl w:val="0"/>
          <w:numId w:val="0"/>
        </w:numPr>
        <w:spacing w:after="60"/>
        <w:ind w:left="284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Pada file name, </w:t>
      </w:r>
      <w:proofErr w:type="spellStart"/>
      <w:r w:rsidRPr="00BC0D5C">
        <w:rPr>
          <w:bCs/>
          <w:sz w:val="24"/>
          <w:szCs w:val="24"/>
        </w:rPr>
        <w:t>cari</w:t>
      </w:r>
      <w:proofErr w:type="spellEnd"/>
      <w:r w:rsidRPr="00BC0D5C">
        <w:rPr>
          <w:bCs/>
          <w:sz w:val="24"/>
          <w:szCs w:val="24"/>
        </w:rPr>
        <w:t xml:space="preserve"> file excel yang </w:t>
      </w:r>
      <w:proofErr w:type="spellStart"/>
      <w:r w:rsidRPr="00BC0D5C">
        <w:rPr>
          <w:bCs/>
          <w:sz w:val="24"/>
          <w:szCs w:val="24"/>
        </w:rPr>
        <w:t>sudah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dijadikan</w:t>
      </w:r>
      <w:proofErr w:type="spellEnd"/>
      <w:r w:rsidRPr="00BC0D5C">
        <w:rPr>
          <w:bCs/>
          <w:sz w:val="24"/>
          <w:szCs w:val="24"/>
        </w:rPr>
        <w:t xml:space="preserve"> file csv. Cek list </w:t>
      </w:r>
      <w:proofErr w:type="spellStart"/>
      <w:r w:rsidRPr="00BC0D5C">
        <w:rPr>
          <w:bCs/>
          <w:sz w:val="24"/>
          <w:szCs w:val="24"/>
        </w:rPr>
        <w:t>pilihan</w:t>
      </w:r>
      <w:proofErr w:type="spellEnd"/>
      <w:r w:rsidRPr="00BC0D5C">
        <w:rPr>
          <w:bCs/>
          <w:sz w:val="24"/>
          <w:szCs w:val="24"/>
        </w:rPr>
        <w:t xml:space="preserve"> CSV. Pada point coordinates x field dan y field </w:t>
      </w:r>
      <w:proofErr w:type="spellStart"/>
      <w:r w:rsidRPr="00BC0D5C">
        <w:rPr>
          <w:bCs/>
          <w:sz w:val="24"/>
          <w:szCs w:val="24"/>
        </w:rPr>
        <w:t>pilih</w:t>
      </w:r>
      <w:proofErr w:type="spellEnd"/>
      <w:r w:rsidRPr="00BC0D5C">
        <w:rPr>
          <w:bCs/>
          <w:sz w:val="24"/>
          <w:szCs w:val="24"/>
        </w:rPr>
        <w:t xml:space="preserve"> x dan y.</w:t>
      </w:r>
      <w:r w:rsidR="00257989" w:rsidRPr="00BC0D5C">
        <w:rPr>
          <w:bCs/>
          <w:sz w:val="24"/>
          <w:szCs w:val="24"/>
        </w:rPr>
        <w:t xml:space="preserve"> pada geometry CRS </w:t>
      </w:r>
      <w:proofErr w:type="spellStart"/>
      <w:r w:rsidR="00257989" w:rsidRPr="00BC0D5C">
        <w:rPr>
          <w:bCs/>
          <w:sz w:val="24"/>
          <w:szCs w:val="24"/>
        </w:rPr>
        <w:t>pilih</w:t>
      </w:r>
      <w:proofErr w:type="spellEnd"/>
      <w:r w:rsidR="00257989" w:rsidRPr="00BC0D5C">
        <w:rPr>
          <w:bCs/>
          <w:sz w:val="24"/>
          <w:szCs w:val="24"/>
        </w:rPr>
        <w:t xml:space="preserve"> default CRS: EPSG:4336-WGS 84.</w:t>
      </w:r>
      <w:r w:rsidR="002F54D8" w:rsidRPr="00BC0D5C">
        <w:rPr>
          <w:bCs/>
          <w:sz w:val="24"/>
          <w:szCs w:val="24"/>
        </w:rPr>
        <w:t xml:space="preserve"> Maka pada </w:t>
      </w:r>
      <w:proofErr w:type="spellStart"/>
      <w:r w:rsidR="002F54D8" w:rsidRPr="00BC0D5C">
        <w:rPr>
          <w:bCs/>
          <w:sz w:val="24"/>
          <w:szCs w:val="24"/>
        </w:rPr>
        <w:t>tampilan</w:t>
      </w:r>
      <w:proofErr w:type="spellEnd"/>
      <w:r w:rsidR="002F54D8" w:rsidRPr="00BC0D5C">
        <w:rPr>
          <w:bCs/>
          <w:sz w:val="24"/>
          <w:szCs w:val="24"/>
        </w:rPr>
        <w:t xml:space="preserve"> </w:t>
      </w:r>
      <w:proofErr w:type="spellStart"/>
      <w:r w:rsidR="002F54D8" w:rsidRPr="00BC0D5C">
        <w:rPr>
          <w:bCs/>
          <w:sz w:val="24"/>
          <w:szCs w:val="24"/>
        </w:rPr>
        <w:t>sampel</w:t>
      </w:r>
      <w:proofErr w:type="spellEnd"/>
      <w:r w:rsidR="002F54D8" w:rsidRPr="00BC0D5C">
        <w:rPr>
          <w:bCs/>
          <w:sz w:val="24"/>
          <w:szCs w:val="24"/>
        </w:rPr>
        <w:t xml:space="preserve"> data </w:t>
      </w:r>
      <w:proofErr w:type="spellStart"/>
      <w:r w:rsidR="002F54D8" w:rsidRPr="00BC0D5C">
        <w:rPr>
          <w:bCs/>
          <w:sz w:val="24"/>
          <w:szCs w:val="24"/>
        </w:rPr>
        <w:t>akan</w:t>
      </w:r>
      <w:proofErr w:type="spellEnd"/>
      <w:r w:rsidR="002F54D8" w:rsidRPr="00BC0D5C">
        <w:rPr>
          <w:bCs/>
          <w:sz w:val="24"/>
          <w:szCs w:val="24"/>
        </w:rPr>
        <w:t xml:space="preserve"> </w:t>
      </w:r>
      <w:proofErr w:type="spellStart"/>
      <w:r w:rsidR="002F54D8" w:rsidRPr="00BC0D5C">
        <w:rPr>
          <w:bCs/>
          <w:sz w:val="24"/>
          <w:szCs w:val="24"/>
        </w:rPr>
        <w:t>terlihat</w:t>
      </w:r>
      <w:proofErr w:type="spellEnd"/>
      <w:r w:rsidR="002F54D8" w:rsidRPr="00BC0D5C">
        <w:rPr>
          <w:bCs/>
          <w:sz w:val="24"/>
          <w:szCs w:val="24"/>
        </w:rPr>
        <w:t xml:space="preserve"> </w:t>
      </w:r>
      <w:proofErr w:type="spellStart"/>
      <w:r w:rsidR="002F54D8" w:rsidRPr="00BC0D5C">
        <w:rPr>
          <w:bCs/>
          <w:sz w:val="24"/>
          <w:szCs w:val="24"/>
        </w:rPr>
        <w:t>koordinat</w:t>
      </w:r>
      <w:proofErr w:type="spellEnd"/>
      <w:r w:rsidR="002F54D8" w:rsidRPr="00BC0D5C">
        <w:rPr>
          <w:bCs/>
          <w:sz w:val="24"/>
          <w:szCs w:val="24"/>
        </w:rPr>
        <w:t xml:space="preserve"> x dan y yang </w:t>
      </w:r>
      <w:proofErr w:type="spellStart"/>
      <w:r w:rsidR="002F54D8" w:rsidRPr="00BC0D5C">
        <w:rPr>
          <w:bCs/>
          <w:sz w:val="24"/>
          <w:szCs w:val="24"/>
        </w:rPr>
        <w:t>sudah</w:t>
      </w:r>
      <w:proofErr w:type="spellEnd"/>
      <w:r w:rsidR="002F54D8" w:rsidRPr="00BC0D5C">
        <w:rPr>
          <w:bCs/>
          <w:sz w:val="24"/>
          <w:szCs w:val="24"/>
        </w:rPr>
        <w:t xml:space="preserve"> </w:t>
      </w:r>
      <w:proofErr w:type="spellStart"/>
      <w:r w:rsidR="002F54D8" w:rsidRPr="00BC0D5C">
        <w:rPr>
          <w:bCs/>
          <w:sz w:val="24"/>
          <w:szCs w:val="24"/>
        </w:rPr>
        <w:t>terbagi</w:t>
      </w:r>
      <w:proofErr w:type="spellEnd"/>
      <w:r w:rsidR="002F54D8" w:rsidRPr="00BC0D5C">
        <w:rPr>
          <w:bCs/>
          <w:sz w:val="24"/>
          <w:szCs w:val="24"/>
        </w:rPr>
        <w:t xml:space="preserve"> dan </w:t>
      </w:r>
      <w:proofErr w:type="spellStart"/>
      <w:r w:rsidR="002F54D8" w:rsidRPr="00BC0D5C">
        <w:rPr>
          <w:bCs/>
          <w:sz w:val="24"/>
          <w:szCs w:val="24"/>
        </w:rPr>
        <w:t>siap</w:t>
      </w:r>
      <w:proofErr w:type="spellEnd"/>
      <w:r w:rsidR="002F54D8" w:rsidRPr="00BC0D5C">
        <w:rPr>
          <w:bCs/>
          <w:sz w:val="24"/>
          <w:szCs w:val="24"/>
        </w:rPr>
        <w:t xml:space="preserve"> </w:t>
      </w:r>
      <w:proofErr w:type="spellStart"/>
      <w:r w:rsidR="002F54D8" w:rsidRPr="00BC0D5C">
        <w:rPr>
          <w:bCs/>
          <w:sz w:val="24"/>
          <w:szCs w:val="24"/>
        </w:rPr>
        <w:t>diproses</w:t>
      </w:r>
      <w:proofErr w:type="spellEnd"/>
      <w:r w:rsidR="002F54D8" w:rsidRPr="00BC0D5C">
        <w:rPr>
          <w:bCs/>
          <w:sz w:val="24"/>
          <w:szCs w:val="24"/>
        </w:rPr>
        <w:t>.</w:t>
      </w:r>
      <w:r w:rsidR="0050700A" w:rsidRPr="00BC0D5C">
        <w:rPr>
          <w:bCs/>
          <w:sz w:val="24"/>
          <w:szCs w:val="24"/>
        </w:rPr>
        <w:t xml:space="preserve">  Lalu </w:t>
      </w:r>
      <w:proofErr w:type="spellStart"/>
      <w:r w:rsidR="0050700A" w:rsidRPr="00BC0D5C">
        <w:rPr>
          <w:bCs/>
          <w:sz w:val="24"/>
          <w:szCs w:val="24"/>
        </w:rPr>
        <w:t>klik</w:t>
      </w:r>
      <w:proofErr w:type="spellEnd"/>
      <w:r w:rsidR="0050700A" w:rsidRPr="00BC0D5C">
        <w:rPr>
          <w:bCs/>
          <w:sz w:val="24"/>
          <w:szCs w:val="24"/>
        </w:rPr>
        <w:t xml:space="preserve"> Add</w:t>
      </w:r>
      <w:r w:rsidR="00322802" w:rsidRPr="00BC0D5C">
        <w:rPr>
          <w:bCs/>
          <w:sz w:val="24"/>
          <w:szCs w:val="24"/>
        </w:rPr>
        <w:t xml:space="preserve"> dan </w:t>
      </w:r>
      <w:proofErr w:type="spellStart"/>
      <w:r w:rsidR="00322802" w:rsidRPr="00BC0D5C">
        <w:rPr>
          <w:bCs/>
          <w:sz w:val="24"/>
          <w:szCs w:val="24"/>
        </w:rPr>
        <w:t>klik</w:t>
      </w:r>
      <w:proofErr w:type="spellEnd"/>
      <w:r w:rsidR="00322802" w:rsidRPr="00BC0D5C">
        <w:rPr>
          <w:bCs/>
          <w:sz w:val="24"/>
          <w:szCs w:val="24"/>
        </w:rPr>
        <w:t xml:space="preserve"> close.</w:t>
      </w:r>
    </w:p>
    <w:p w14:paraId="4154ABDD" w14:textId="31C4FCC7" w:rsidR="00322802" w:rsidRPr="00BC0D5C" w:rsidRDefault="00F13A3E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Maka </w:t>
      </w:r>
      <w:proofErr w:type="spellStart"/>
      <w:r w:rsidRPr="00BC0D5C">
        <w:rPr>
          <w:bCs/>
          <w:sz w:val="24"/>
          <w:szCs w:val="24"/>
        </w:rPr>
        <w:t>akan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muncul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tampilan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50CF0AB1" w14:textId="5CB181A0" w:rsidR="00F13A3E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1" wp14:anchorId="448F0A07" wp14:editId="75C50184">
            <wp:simplePos x="0" y="0"/>
            <wp:positionH relativeFrom="column">
              <wp:posOffset>981075</wp:posOffset>
            </wp:positionH>
            <wp:positionV relativeFrom="paragraph">
              <wp:posOffset>38735</wp:posOffset>
            </wp:positionV>
            <wp:extent cx="3971925" cy="2051774"/>
            <wp:effectExtent l="0" t="0" r="0" b="5715"/>
            <wp:wrapNone/>
            <wp:docPr id="1261569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5699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051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D2E245" w14:textId="77777777" w:rsidR="00F13A3E" w:rsidRPr="00BC0D5C" w:rsidRDefault="00F13A3E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320FCB3" w14:textId="77777777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76346C9" w14:textId="77777777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6D8F58A" w14:textId="77777777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B300CC7" w14:textId="66C7DCF4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CA88E7D" w14:textId="23EEA5D3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D6CF36F" w14:textId="27A53303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FC36A4E" w14:textId="77777777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6ECE0D8" w14:textId="00660F2F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44B682F" w14:textId="5E323FC6" w:rsidR="00F02326" w:rsidRPr="00BC0D5C" w:rsidRDefault="00F02326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A284F81" w14:textId="351D6E4E" w:rsidR="00B02D58" w:rsidRDefault="00B02D58" w:rsidP="00BC0D5C">
      <w:pPr>
        <w:pStyle w:val="ListBullet"/>
        <w:numPr>
          <w:ilvl w:val="0"/>
          <w:numId w:val="0"/>
        </w:numPr>
        <w:spacing w:after="60"/>
        <w:jc w:val="both"/>
        <w:rPr>
          <w:bCs/>
          <w:sz w:val="24"/>
          <w:szCs w:val="24"/>
        </w:rPr>
      </w:pPr>
    </w:p>
    <w:p w14:paraId="49AE9781" w14:textId="77777777" w:rsidR="00BC0D5C" w:rsidRPr="00BC0D5C" w:rsidRDefault="00BC0D5C" w:rsidP="00BC0D5C">
      <w:pPr>
        <w:pStyle w:val="ListBullet"/>
        <w:numPr>
          <w:ilvl w:val="0"/>
          <w:numId w:val="0"/>
        </w:numPr>
        <w:spacing w:after="60"/>
        <w:jc w:val="both"/>
        <w:rPr>
          <w:bCs/>
          <w:sz w:val="24"/>
          <w:szCs w:val="24"/>
        </w:rPr>
      </w:pPr>
    </w:p>
    <w:p w14:paraId="5781FBF1" w14:textId="45110668" w:rsidR="002F54D8" w:rsidRPr="00BC0D5C" w:rsidRDefault="00B02D58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lastRenderedPageBreak/>
        <w:t>Setelah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itu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pilih</w:t>
      </w:r>
      <w:proofErr w:type="spellEnd"/>
      <w:r w:rsidRPr="00BC0D5C">
        <w:rPr>
          <w:bCs/>
          <w:sz w:val="24"/>
          <w:szCs w:val="24"/>
        </w:rPr>
        <w:t xml:space="preserve"> menu web, </w:t>
      </w:r>
      <w:proofErr w:type="spellStart"/>
      <w:r w:rsidRPr="00BC0D5C">
        <w:rPr>
          <w:bCs/>
          <w:sz w:val="24"/>
          <w:szCs w:val="24"/>
        </w:rPr>
        <w:t>quickmap</w:t>
      </w:r>
      <w:proofErr w:type="spellEnd"/>
      <w:r w:rsidRPr="00BC0D5C">
        <w:rPr>
          <w:bCs/>
          <w:sz w:val="24"/>
          <w:szCs w:val="24"/>
        </w:rPr>
        <w:t xml:space="preserve"> services, google, google </w:t>
      </w:r>
      <w:proofErr w:type="spellStart"/>
      <w:r w:rsidRPr="00BC0D5C">
        <w:rPr>
          <w:bCs/>
          <w:sz w:val="24"/>
          <w:szCs w:val="24"/>
        </w:rPr>
        <w:t>satelite</w:t>
      </w:r>
      <w:proofErr w:type="spellEnd"/>
    </w:p>
    <w:p w14:paraId="6C6F23C8" w14:textId="1C745AAE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65920" behindDoc="0" locked="0" layoutInCell="1" allowOverlap="1" wp14:anchorId="53F523B7" wp14:editId="4B3663BA">
            <wp:simplePos x="0" y="0"/>
            <wp:positionH relativeFrom="column">
              <wp:posOffset>866774</wp:posOffset>
            </wp:positionH>
            <wp:positionV relativeFrom="paragraph">
              <wp:posOffset>57151</wp:posOffset>
            </wp:positionV>
            <wp:extent cx="4010025" cy="2253868"/>
            <wp:effectExtent l="0" t="0" r="0" b="0"/>
            <wp:wrapNone/>
            <wp:docPr id="1654643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6435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2612" cy="2255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1406" w14:textId="002CDF49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0E3E9E0" w14:textId="77777777" w:rsidR="008C242E" w:rsidRPr="00BC0D5C" w:rsidRDefault="008C242E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275DAD4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48FC259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843D486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5CEEE62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552394E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EB34350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63225EE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E258F73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92E22DC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3CBFABA3" w14:textId="4ED9D9D3" w:rsidR="00B02D58" w:rsidRPr="00BC0D5C" w:rsidRDefault="00E4291B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Maka </w:t>
      </w:r>
      <w:proofErr w:type="spellStart"/>
      <w:r w:rsidRPr="00BC0D5C">
        <w:rPr>
          <w:bCs/>
          <w:sz w:val="24"/>
          <w:szCs w:val="24"/>
        </w:rPr>
        <w:t>akan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muncul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tampilan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berikut</w:t>
      </w:r>
      <w:proofErr w:type="spellEnd"/>
      <w:r w:rsidRPr="00BC0D5C">
        <w:rPr>
          <w:bCs/>
          <w:sz w:val="24"/>
          <w:szCs w:val="24"/>
        </w:rPr>
        <w:t>:</w:t>
      </w:r>
    </w:p>
    <w:p w14:paraId="65F9A81F" w14:textId="35D82AE7" w:rsidR="00E4291B" w:rsidRPr="00BC0D5C" w:rsidRDefault="00E4291B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1" wp14:anchorId="4019EB15" wp14:editId="6316F948">
            <wp:simplePos x="0" y="0"/>
            <wp:positionH relativeFrom="column">
              <wp:posOffset>762993</wp:posOffset>
            </wp:positionH>
            <wp:positionV relativeFrom="paragraph">
              <wp:posOffset>65516</wp:posOffset>
            </wp:positionV>
            <wp:extent cx="3747934" cy="2107096"/>
            <wp:effectExtent l="0" t="0" r="5080" b="7620"/>
            <wp:wrapNone/>
            <wp:docPr id="1438071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07132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7934" cy="2107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DFCD3F" w14:textId="77777777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1C40BEB" w14:textId="1F173AE3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4C5FAA3" w14:textId="7D3E8CA3" w:rsidR="00B02D58" w:rsidRPr="00BC0D5C" w:rsidRDefault="00B02D5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D68CD07" w14:textId="0D0D6B2F" w:rsidR="008C242E" w:rsidRPr="00BC0D5C" w:rsidRDefault="008C242E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2DA6FBE0" w14:textId="77777777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1D3D1F3" w14:textId="77777777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8EDBD20" w14:textId="77777777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A62EF73" w14:textId="77777777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4025103" w14:textId="07A6CB44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36A2B71" w14:textId="77777777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74C963E" w14:textId="77777777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FD2C81D" w14:textId="42DAF353" w:rsidR="00E4291B" w:rsidRPr="00BC0D5C" w:rsidRDefault="00EB2837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Klik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kanan</w:t>
      </w:r>
      <w:proofErr w:type="spellEnd"/>
      <w:r w:rsidRPr="00BC0D5C">
        <w:rPr>
          <w:bCs/>
          <w:sz w:val="24"/>
          <w:szCs w:val="24"/>
        </w:rPr>
        <w:t xml:space="preserve"> di file yang </w:t>
      </w:r>
      <w:proofErr w:type="spellStart"/>
      <w:r w:rsidRPr="00BC0D5C">
        <w:rPr>
          <w:bCs/>
          <w:sz w:val="24"/>
          <w:szCs w:val="24"/>
        </w:rPr>
        <w:t>dibuat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lalu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pilih</w:t>
      </w:r>
      <w:proofErr w:type="spellEnd"/>
      <w:r w:rsidRPr="00BC0D5C">
        <w:rPr>
          <w:bCs/>
          <w:sz w:val="24"/>
          <w:szCs w:val="24"/>
        </w:rPr>
        <w:t xml:space="preserve"> properties. Maka </w:t>
      </w:r>
      <w:proofErr w:type="spellStart"/>
      <w:r w:rsidRPr="00BC0D5C">
        <w:rPr>
          <w:bCs/>
          <w:sz w:val="24"/>
          <w:szCs w:val="24"/>
        </w:rPr>
        <w:t>akan</w:t>
      </w:r>
      <w:proofErr w:type="spellEnd"/>
      <w:r w:rsidRPr="00BC0D5C">
        <w:rPr>
          <w:bCs/>
          <w:sz w:val="24"/>
          <w:szCs w:val="24"/>
        </w:rPr>
        <w:t xml:space="preserve"> muncul </w:t>
      </w:r>
      <w:proofErr w:type="spellStart"/>
      <w:r w:rsidRPr="00BC0D5C">
        <w:rPr>
          <w:bCs/>
          <w:sz w:val="24"/>
          <w:szCs w:val="24"/>
        </w:rPr>
        <w:t>tampilan</w:t>
      </w:r>
      <w:proofErr w:type="spellEnd"/>
      <w:r w:rsidRPr="00BC0D5C">
        <w:rPr>
          <w:bCs/>
          <w:sz w:val="24"/>
          <w:szCs w:val="24"/>
        </w:rPr>
        <w:t xml:space="preserve"> label.</w:t>
      </w:r>
    </w:p>
    <w:p w14:paraId="20AE34B4" w14:textId="64B58CB8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72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80256" behindDoc="0" locked="0" layoutInCell="1" allowOverlap="1" wp14:anchorId="7ED16C4F" wp14:editId="6C1C4E6F">
            <wp:simplePos x="0" y="0"/>
            <wp:positionH relativeFrom="column">
              <wp:posOffset>1081376</wp:posOffset>
            </wp:positionH>
            <wp:positionV relativeFrom="paragraph">
              <wp:posOffset>66923</wp:posOffset>
            </wp:positionV>
            <wp:extent cx="3943847" cy="2217150"/>
            <wp:effectExtent l="0" t="0" r="0" b="0"/>
            <wp:wrapNone/>
            <wp:docPr id="1497542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4217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47845" cy="2219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46FEB" w14:textId="2FA045EE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CB652F6" w14:textId="77777777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2E835C82" w14:textId="531266C5" w:rsidR="00E4291B" w:rsidRPr="00BC0D5C" w:rsidRDefault="00E4291B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3BEAB8E0" w14:textId="77777777" w:rsidR="008C242E" w:rsidRPr="00BC0D5C" w:rsidRDefault="008C242E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E439AC4" w14:textId="77777777" w:rsidR="00886009" w:rsidRPr="00BC0D5C" w:rsidRDefault="00886009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F9C673A" w14:textId="3C6F1575" w:rsidR="00B87E70" w:rsidRPr="00BC0D5C" w:rsidRDefault="00B87E70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3408BBF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010E4E43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5DE46A9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54626CA" w14:textId="1C5376A9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E12F50D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06ADD496" w14:textId="37CD232F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ADF9CE3" w14:textId="5E43E412" w:rsidR="00EB2837" w:rsidRPr="00BC0D5C" w:rsidRDefault="00EB2837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left="284" w:hanging="284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lastRenderedPageBreak/>
        <w:t>Pilih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singel</w:t>
      </w:r>
      <w:proofErr w:type="spellEnd"/>
      <w:r w:rsidRPr="00BC0D5C">
        <w:rPr>
          <w:bCs/>
          <w:sz w:val="24"/>
          <w:szCs w:val="24"/>
        </w:rPr>
        <w:t xml:space="preserve"> label, </w:t>
      </w:r>
      <w:proofErr w:type="spellStart"/>
      <w:r w:rsidRPr="00BC0D5C">
        <w:rPr>
          <w:bCs/>
          <w:sz w:val="24"/>
          <w:szCs w:val="24"/>
        </w:rPr>
        <w:t>lakukan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setinganya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untuk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beberapa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hal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warna</w:t>
      </w:r>
      <w:proofErr w:type="spellEnd"/>
      <w:r w:rsidRPr="00BC0D5C">
        <w:rPr>
          <w:bCs/>
          <w:sz w:val="24"/>
          <w:szCs w:val="24"/>
        </w:rPr>
        <w:t xml:space="preserve"> label missal </w:t>
      </w:r>
      <w:proofErr w:type="spellStart"/>
      <w:r w:rsidRPr="00BC0D5C">
        <w:rPr>
          <w:bCs/>
          <w:sz w:val="24"/>
          <w:szCs w:val="24"/>
        </w:rPr>
        <w:t>diberi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warna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oranye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ukuran</w:t>
      </w:r>
      <w:proofErr w:type="spellEnd"/>
      <w:r w:rsidRPr="00BC0D5C">
        <w:rPr>
          <w:bCs/>
          <w:sz w:val="24"/>
          <w:szCs w:val="24"/>
        </w:rPr>
        <w:t xml:space="preserve">/size </w:t>
      </w:r>
      <w:proofErr w:type="spellStart"/>
      <w:r w:rsidRPr="00BC0D5C">
        <w:rPr>
          <w:bCs/>
          <w:sz w:val="24"/>
          <w:szCs w:val="24"/>
        </w:rPr>
        <w:t>menjadi</w:t>
      </w:r>
      <w:proofErr w:type="spellEnd"/>
      <w:r w:rsidRPr="00BC0D5C">
        <w:rPr>
          <w:bCs/>
          <w:sz w:val="24"/>
          <w:szCs w:val="24"/>
        </w:rPr>
        <w:t xml:space="preserve"> 8.000, style Bold. Jika </w:t>
      </w:r>
      <w:proofErr w:type="spellStart"/>
      <w:r w:rsidRPr="00BC0D5C">
        <w:rPr>
          <w:bCs/>
          <w:sz w:val="24"/>
          <w:szCs w:val="24"/>
        </w:rPr>
        <w:t>sudah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dirasa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selesai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maka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klik</w:t>
      </w:r>
      <w:proofErr w:type="spellEnd"/>
      <w:r w:rsidRPr="00BC0D5C">
        <w:rPr>
          <w:bCs/>
          <w:sz w:val="24"/>
          <w:szCs w:val="24"/>
        </w:rPr>
        <w:t xml:space="preserve"> menu </w:t>
      </w:r>
      <w:proofErr w:type="spellStart"/>
      <w:r w:rsidRPr="00BC0D5C">
        <w:rPr>
          <w:bCs/>
          <w:sz w:val="24"/>
          <w:szCs w:val="24"/>
        </w:rPr>
        <w:t>oke</w:t>
      </w:r>
      <w:proofErr w:type="spellEnd"/>
      <w:r w:rsidRPr="00BC0D5C">
        <w:rPr>
          <w:bCs/>
          <w:sz w:val="24"/>
          <w:szCs w:val="24"/>
        </w:rPr>
        <w:t xml:space="preserve">.  Maka </w:t>
      </w:r>
      <w:proofErr w:type="spellStart"/>
      <w:r w:rsidRPr="00BC0D5C">
        <w:rPr>
          <w:bCs/>
          <w:sz w:val="24"/>
          <w:szCs w:val="24"/>
        </w:rPr>
        <w:t>akan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menampilan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436368EC" w14:textId="03FD7CB2" w:rsidR="00EB2837" w:rsidRPr="00BC0D5C" w:rsidRDefault="00EB2837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85376" behindDoc="0" locked="0" layoutInCell="1" allowOverlap="1" wp14:anchorId="17412B5A" wp14:editId="6A6FA7D0">
            <wp:simplePos x="0" y="0"/>
            <wp:positionH relativeFrom="column">
              <wp:posOffset>1078230</wp:posOffset>
            </wp:positionH>
            <wp:positionV relativeFrom="paragraph">
              <wp:posOffset>93345</wp:posOffset>
            </wp:positionV>
            <wp:extent cx="3997960" cy="2247900"/>
            <wp:effectExtent l="0" t="0" r="2540" b="0"/>
            <wp:wrapNone/>
            <wp:docPr id="433255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552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9796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CF76C" w14:textId="77777777" w:rsidR="00EB2837" w:rsidRPr="00BC0D5C" w:rsidRDefault="00EB2837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F3C6D8C" w14:textId="0718ED5A" w:rsidR="00EB2837" w:rsidRPr="00BC0D5C" w:rsidRDefault="00EB2837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 </w:t>
      </w:r>
    </w:p>
    <w:p w14:paraId="475D5DF1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9B48BEF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F3D20CC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3468B016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576A062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3CE6C5C2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FA6CAF5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4B2F13EF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2856D1C" w14:textId="77777777" w:rsidR="00EB2837" w:rsidRPr="00BC0D5C" w:rsidRDefault="00EB2837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03899365" w14:textId="77777777" w:rsidR="00D42818" w:rsidRPr="00BC0D5C" w:rsidRDefault="00D4281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A62D919" w14:textId="2FCB9C54" w:rsidR="00D42818" w:rsidRPr="00BC0D5C" w:rsidRDefault="00D42818" w:rsidP="00BC0D5C">
      <w:pPr>
        <w:pStyle w:val="ListBullet"/>
        <w:numPr>
          <w:ilvl w:val="0"/>
          <w:numId w:val="10"/>
        </w:numPr>
        <w:tabs>
          <w:tab w:val="left" w:pos="284"/>
        </w:tabs>
        <w:spacing w:after="60"/>
        <w:ind w:left="284" w:hanging="284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Setelah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semua</w:t>
      </w:r>
      <w:proofErr w:type="spellEnd"/>
      <w:r w:rsidRPr="00BC0D5C">
        <w:rPr>
          <w:bCs/>
          <w:sz w:val="24"/>
          <w:szCs w:val="24"/>
        </w:rPr>
        <w:t xml:space="preserve"> project </w:t>
      </w:r>
      <w:proofErr w:type="spellStart"/>
      <w:r w:rsidRPr="00BC0D5C">
        <w:rPr>
          <w:bCs/>
          <w:sz w:val="24"/>
          <w:szCs w:val="24"/>
        </w:rPr>
        <w:t>selesai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maka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pilih</w:t>
      </w:r>
      <w:proofErr w:type="spellEnd"/>
      <w:r w:rsidRPr="00BC0D5C">
        <w:rPr>
          <w:bCs/>
          <w:sz w:val="24"/>
          <w:szCs w:val="24"/>
        </w:rPr>
        <w:t xml:space="preserve"> menu project, </w:t>
      </w:r>
      <w:proofErr w:type="spellStart"/>
      <w:r w:rsidRPr="00BC0D5C">
        <w:rPr>
          <w:bCs/>
          <w:sz w:val="24"/>
          <w:szCs w:val="24"/>
        </w:rPr>
        <w:t>lalu</w:t>
      </w:r>
      <w:proofErr w:type="spellEnd"/>
      <w:r w:rsidRPr="00BC0D5C">
        <w:rPr>
          <w:bCs/>
          <w:sz w:val="24"/>
          <w:szCs w:val="24"/>
        </w:rPr>
        <w:t xml:space="preserve"> save as dan </w:t>
      </w:r>
      <w:proofErr w:type="spellStart"/>
      <w:r w:rsidRPr="00BC0D5C">
        <w:rPr>
          <w:bCs/>
          <w:sz w:val="24"/>
          <w:szCs w:val="24"/>
        </w:rPr>
        <w:t>tentukan</w:t>
      </w:r>
      <w:proofErr w:type="spellEnd"/>
      <w:r w:rsidRPr="00BC0D5C">
        <w:rPr>
          <w:bCs/>
          <w:sz w:val="24"/>
          <w:szCs w:val="24"/>
        </w:rPr>
        <w:t xml:space="preserve"> nama file dan </w:t>
      </w:r>
      <w:proofErr w:type="spellStart"/>
      <w:r w:rsidRPr="00BC0D5C">
        <w:rPr>
          <w:bCs/>
          <w:sz w:val="24"/>
          <w:szCs w:val="24"/>
        </w:rPr>
        <w:t>lokasi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penyimpanannya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pada </w:t>
      </w:r>
      <w:proofErr w:type="spellStart"/>
      <w:r w:rsidRPr="00BC0D5C">
        <w:rPr>
          <w:bCs/>
          <w:sz w:val="24"/>
          <w:szCs w:val="24"/>
        </w:rPr>
        <w:t>gambar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  <w:r w:rsidR="008C2A11" w:rsidRPr="00BC0D5C">
        <w:rPr>
          <w:bCs/>
          <w:sz w:val="24"/>
          <w:szCs w:val="24"/>
        </w:rPr>
        <w:t xml:space="preserve"> Dan </w:t>
      </w:r>
      <w:proofErr w:type="spellStart"/>
      <w:r w:rsidR="008C2A11" w:rsidRPr="00BC0D5C">
        <w:rPr>
          <w:bCs/>
          <w:sz w:val="24"/>
          <w:szCs w:val="24"/>
        </w:rPr>
        <w:t>diakhiri</w:t>
      </w:r>
      <w:proofErr w:type="spellEnd"/>
      <w:r w:rsidR="008C2A11" w:rsidRPr="00BC0D5C">
        <w:rPr>
          <w:bCs/>
          <w:sz w:val="24"/>
          <w:szCs w:val="24"/>
        </w:rPr>
        <w:t xml:space="preserve"> </w:t>
      </w:r>
      <w:proofErr w:type="spellStart"/>
      <w:r w:rsidR="008C2A11" w:rsidRPr="00BC0D5C">
        <w:rPr>
          <w:bCs/>
          <w:sz w:val="24"/>
          <w:szCs w:val="24"/>
        </w:rPr>
        <w:t>dengan</w:t>
      </w:r>
      <w:proofErr w:type="spellEnd"/>
      <w:r w:rsidR="008C2A11" w:rsidRPr="00BC0D5C">
        <w:rPr>
          <w:bCs/>
          <w:sz w:val="24"/>
          <w:szCs w:val="24"/>
        </w:rPr>
        <w:t xml:space="preserve"> </w:t>
      </w:r>
      <w:proofErr w:type="spellStart"/>
      <w:r w:rsidR="008C2A11" w:rsidRPr="00BC0D5C">
        <w:rPr>
          <w:bCs/>
          <w:sz w:val="24"/>
          <w:szCs w:val="24"/>
        </w:rPr>
        <w:t>klik</w:t>
      </w:r>
      <w:proofErr w:type="spellEnd"/>
      <w:r w:rsidR="008C2A11" w:rsidRPr="00BC0D5C">
        <w:rPr>
          <w:bCs/>
          <w:sz w:val="24"/>
          <w:szCs w:val="24"/>
        </w:rPr>
        <w:t xml:space="preserve"> menu save</w:t>
      </w:r>
    </w:p>
    <w:p w14:paraId="3B0367BD" w14:textId="2DCB6F0B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86400" behindDoc="0" locked="0" layoutInCell="1" allowOverlap="1" wp14:anchorId="5F224F70" wp14:editId="08FE9B33">
            <wp:simplePos x="0" y="0"/>
            <wp:positionH relativeFrom="margin">
              <wp:align>center</wp:align>
            </wp:positionH>
            <wp:positionV relativeFrom="paragraph">
              <wp:posOffset>33020</wp:posOffset>
            </wp:positionV>
            <wp:extent cx="4019550" cy="2259709"/>
            <wp:effectExtent l="0" t="0" r="0" b="7620"/>
            <wp:wrapNone/>
            <wp:docPr id="1724240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24042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259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3EBBA" w14:textId="6AACAE91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C4F1725" w14:textId="50032A58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50BC28E" w14:textId="37CB051A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A881A1B" w14:textId="77777777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51F31F7" w14:textId="3A9B1BCB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D0F07DA" w14:textId="283D689B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DA64270" w14:textId="25619567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6366818" w14:textId="1E2C1B10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F968A85" w14:textId="77777777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1FAFEFF" w14:textId="5BF15E43" w:rsidR="00D42818" w:rsidRPr="00BC0D5C" w:rsidRDefault="00D4281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7B125F8" w14:textId="77777777" w:rsidR="00D42818" w:rsidRPr="00BC0D5C" w:rsidRDefault="00D4281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8B378C3" w14:textId="77777777" w:rsidR="00D42818" w:rsidRPr="00BC0D5C" w:rsidRDefault="00D42818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F524A8C" w14:textId="77777777" w:rsidR="00CA21DD" w:rsidRPr="00BC0D5C" w:rsidRDefault="00000000" w:rsidP="00BC0D5C">
      <w:pPr>
        <w:pStyle w:val="Heading2"/>
        <w:spacing w:before="240" w:after="120"/>
        <w:jc w:val="both"/>
        <w:rPr>
          <w:b w:val="0"/>
          <w:color w:val="auto"/>
          <w:sz w:val="24"/>
          <w:szCs w:val="24"/>
        </w:rPr>
      </w:pPr>
      <w:r w:rsidRPr="00BC0D5C">
        <w:rPr>
          <w:rFonts w:ascii="Arial" w:hAnsi="Arial"/>
          <w:b w:val="0"/>
          <w:color w:val="auto"/>
          <w:sz w:val="24"/>
          <w:szCs w:val="24"/>
        </w:rPr>
        <w:t xml:space="preserve">3.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Sesi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Studio: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Pembuatan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Database &amp; </w:t>
      </w:r>
      <w:proofErr w:type="spellStart"/>
      <w:r w:rsidRPr="00BC0D5C">
        <w:rPr>
          <w:rFonts w:ascii="Arial" w:hAnsi="Arial"/>
          <w:b w:val="0"/>
          <w:color w:val="auto"/>
          <w:sz w:val="24"/>
          <w:szCs w:val="24"/>
        </w:rPr>
        <w:t>Cetak</w:t>
      </w:r>
      <w:proofErr w:type="spellEnd"/>
      <w:r w:rsidRPr="00BC0D5C">
        <w:rPr>
          <w:rFonts w:ascii="Arial" w:hAnsi="Arial"/>
          <w:b w:val="0"/>
          <w:color w:val="auto"/>
          <w:sz w:val="24"/>
          <w:szCs w:val="24"/>
        </w:rPr>
        <w:t xml:space="preserve"> Peta (13.30 - 16.00)</w:t>
      </w:r>
    </w:p>
    <w:p w14:paraId="7302BC04" w14:textId="77777777" w:rsidR="00CA21DD" w:rsidRPr="00BC0D5C" w:rsidRDefault="00000000" w:rsidP="00BC0D5C">
      <w:pPr>
        <w:spacing w:after="80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Pengisian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Tabel </w:t>
      </w:r>
      <w:proofErr w:type="spellStart"/>
      <w:r w:rsidRPr="00BC0D5C">
        <w:rPr>
          <w:rFonts w:ascii="Arial" w:hAnsi="Arial"/>
          <w:bCs/>
          <w:sz w:val="24"/>
          <w:szCs w:val="24"/>
        </w:rPr>
        <w:t>Atribut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(Database)</w:t>
      </w:r>
    </w:p>
    <w:p w14:paraId="4AF3D984" w14:textId="1B1AEF84" w:rsidR="00CA21DD" w:rsidRPr="00BC0D5C" w:rsidRDefault="00000000" w:rsidP="00BC0D5C">
      <w:pPr>
        <w:spacing w:after="160" w:line="300" w:lineRule="auto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Setelah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data </w:t>
      </w:r>
      <w:proofErr w:type="spellStart"/>
      <w:r w:rsidRPr="00BC0D5C">
        <w:rPr>
          <w:rFonts w:ascii="Arial" w:hAnsi="Arial"/>
          <w:bCs/>
          <w:sz w:val="24"/>
          <w:szCs w:val="24"/>
        </w:rPr>
        <w:t>lapangan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dikumpulkan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ke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komputer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Pr="00BC0D5C">
        <w:rPr>
          <w:rFonts w:ascii="Arial" w:hAnsi="Arial"/>
          <w:bCs/>
          <w:sz w:val="24"/>
          <w:szCs w:val="24"/>
        </w:rPr>
        <w:t>peserta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dilatih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membuat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kolom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data (field) yang </w:t>
      </w:r>
      <w:proofErr w:type="spellStart"/>
      <w:r w:rsidRPr="00BC0D5C">
        <w:rPr>
          <w:rFonts w:ascii="Arial" w:hAnsi="Arial"/>
          <w:bCs/>
          <w:sz w:val="24"/>
          <w:szCs w:val="24"/>
        </w:rPr>
        <w:t>terstandarisasi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Pr="00BC0D5C">
        <w:rPr>
          <w:rFonts w:ascii="Arial" w:hAnsi="Arial"/>
          <w:bCs/>
          <w:sz w:val="24"/>
          <w:szCs w:val="24"/>
        </w:rPr>
        <w:t>berupa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format Text, Integer, </w:t>
      </w:r>
      <w:proofErr w:type="spellStart"/>
      <w:r w:rsidRPr="00BC0D5C">
        <w:rPr>
          <w:rFonts w:ascii="Arial" w:hAnsi="Arial"/>
          <w:bCs/>
          <w:sz w:val="24"/>
          <w:szCs w:val="24"/>
        </w:rPr>
        <w:t>atau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Real) agar data </w:t>
      </w:r>
      <w:proofErr w:type="spellStart"/>
      <w:r w:rsidRPr="00BC0D5C">
        <w:rPr>
          <w:rFonts w:ascii="Arial" w:hAnsi="Arial"/>
          <w:bCs/>
          <w:sz w:val="24"/>
          <w:szCs w:val="24"/>
        </w:rPr>
        <w:t>mudah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dibaca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oleh </w:t>
      </w:r>
      <w:proofErr w:type="spellStart"/>
      <w:r w:rsidRPr="00BC0D5C">
        <w:rPr>
          <w:rFonts w:ascii="Arial" w:hAnsi="Arial"/>
          <w:bCs/>
          <w:sz w:val="24"/>
          <w:szCs w:val="24"/>
        </w:rPr>
        <w:t>sistem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kabupaten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maupun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pusat</w:t>
      </w:r>
      <w:proofErr w:type="spellEnd"/>
      <w:r w:rsidRPr="00BC0D5C">
        <w:rPr>
          <w:rFonts w:ascii="Arial" w:hAnsi="Arial"/>
          <w:bCs/>
          <w:sz w:val="24"/>
          <w:szCs w:val="24"/>
        </w:rPr>
        <w:t>.</w:t>
      </w:r>
    </w:p>
    <w:p w14:paraId="07EC84BC" w14:textId="77777777" w:rsidR="00CA21DD" w:rsidRPr="00BC0D5C" w:rsidRDefault="00000000" w:rsidP="00BC0D5C">
      <w:pPr>
        <w:spacing w:after="80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Mengatur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Tampilan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Pr="00BC0D5C">
        <w:rPr>
          <w:rFonts w:ascii="Arial" w:hAnsi="Arial"/>
          <w:bCs/>
          <w:sz w:val="24"/>
          <w:szCs w:val="24"/>
        </w:rPr>
        <w:t>Simbologi</w:t>
      </w:r>
      <w:proofErr w:type="spellEnd"/>
      <w:r w:rsidRPr="00BC0D5C">
        <w:rPr>
          <w:rFonts w:ascii="Arial" w:hAnsi="Arial"/>
          <w:bCs/>
          <w:sz w:val="24"/>
          <w:szCs w:val="24"/>
        </w:rPr>
        <w:t>) &amp; Layout</w:t>
      </w:r>
    </w:p>
    <w:p w14:paraId="17ACC35E" w14:textId="40780AD9" w:rsidR="00CA21DD" w:rsidRPr="00BC0D5C" w:rsidRDefault="00000000" w:rsidP="00BC0D5C">
      <w:pPr>
        <w:pStyle w:val="ListBullet"/>
        <w:spacing w:after="60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lastRenderedPageBreak/>
        <w:t>Simbologi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: </w:t>
      </w:r>
      <w:proofErr w:type="spellStart"/>
      <w:r w:rsidRPr="00BC0D5C">
        <w:rPr>
          <w:rFonts w:ascii="Arial" w:hAnsi="Arial"/>
          <w:bCs/>
          <w:sz w:val="24"/>
          <w:szCs w:val="24"/>
        </w:rPr>
        <w:t>Mengubah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warna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atau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memberi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simbol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ikonik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agar </w:t>
      </w:r>
      <w:proofErr w:type="spellStart"/>
      <w:r w:rsidRPr="00BC0D5C">
        <w:rPr>
          <w:rFonts w:ascii="Arial" w:hAnsi="Arial"/>
          <w:bCs/>
          <w:sz w:val="24"/>
          <w:szCs w:val="24"/>
        </w:rPr>
        <w:t>peta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mudah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dibaca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Pr="00BC0D5C">
        <w:rPr>
          <w:rFonts w:ascii="Arial" w:hAnsi="Arial"/>
          <w:bCs/>
          <w:sz w:val="24"/>
          <w:szCs w:val="24"/>
        </w:rPr>
        <w:t>misalnya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membedakan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jenis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infrastruktur</w:t>
      </w:r>
      <w:proofErr w:type="spellEnd"/>
      <w:r w:rsidRPr="00BC0D5C">
        <w:rPr>
          <w:rFonts w:ascii="Arial" w:hAnsi="Arial"/>
          <w:bCs/>
          <w:sz w:val="24"/>
          <w:szCs w:val="24"/>
        </w:rPr>
        <w:t>).</w:t>
      </w:r>
    </w:p>
    <w:p w14:paraId="59CFA0EC" w14:textId="77777777" w:rsidR="00CA21DD" w:rsidRPr="00BC0D5C" w:rsidRDefault="00000000" w:rsidP="00BC0D5C">
      <w:pPr>
        <w:pStyle w:val="ListBullet"/>
        <w:spacing w:after="60"/>
        <w:jc w:val="both"/>
        <w:rPr>
          <w:bCs/>
          <w:sz w:val="24"/>
          <w:szCs w:val="24"/>
        </w:rPr>
      </w:pPr>
      <w:proofErr w:type="spellStart"/>
      <w:r w:rsidRPr="00BC0D5C">
        <w:rPr>
          <w:rFonts w:ascii="Arial" w:hAnsi="Arial"/>
          <w:bCs/>
          <w:sz w:val="24"/>
          <w:szCs w:val="24"/>
        </w:rPr>
        <w:t>Layouting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(</w:t>
      </w:r>
      <w:proofErr w:type="spellStart"/>
      <w:r w:rsidRPr="00BC0D5C">
        <w:rPr>
          <w:rFonts w:ascii="Arial" w:hAnsi="Arial"/>
          <w:bCs/>
          <w:sz w:val="24"/>
          <w:szCs w:val="24"/>
        </w:rPr>
        <w:t>Siap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Cetak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): Menyusun </w:t>
      </w:r>
      <w:proofErr w:type="spellStart"/>
      <w:r w:rsidRPr="00BC0D5C">
        <w:rPr>
          <w:rFonts w:ascii="Arial" w:hAnsi="Arial"/>
          <w:bCs/>
          <w:sz w:val="24"/>
          <w:szCs w:val="24"/>
        </w:rPr>
        <w:t>peta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agar </w:t>
      </w:r>
      <w:proofErr w:type="spellStart"/>
      <w:r w:rsidRPr="00BC0D5C">
        <w:rPr>
          <w:rFonts w:ascii="Arial" w:hAnsi="Arial"/>
          <w:bCs/>
          <w:sz w:val="24"/>
          <w:szCs w:val="24"/>
        </w:rPr>
        <w:t>memenuhi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standar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resmi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yang </w:t>
      </w:r>
      <w:proofErr w:type="spellStart"/>
      <w:r w:rsidRPr="00BC0D5C">
        <w:rPr>
          <w:rFonts w:ascii="Arial" w:hAnsi="Arial"/>
          <w:bCs/>
          <w:sz w:val="24"/>
          <w:szCs w:val="24"/>
        </w:rPr>
        <w:t>wajib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memiliki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unsur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: Muka </w:t>
      </w:r>
      <w:proofErr w:type="spellStart"/>
      <w:r w:rsidRPr="00BC0D5C">
        <w:rPr>
          <w:rFonts w:ascii="Arial" w:hAnsi="Arial"/>
          <w:bCs/>
          <w:sz w:val="24"/>
          <w:szCs w:val="24"/>
        </w:rPr>
        <w:t>peta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utama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Legenda </w:t>
      </w:r>
      <w:proofErr w:type="spellStart"/>
      <w:r w:rsidRPr="00BC0D5C">
        <w:rPr>
          <w:rFonts w:ascii="Arial" w:hAnsi="Arial"/>
          <w:bCs/>
          <w:sz w:val="24"/>
          <w:szCs w:val="24"/>
        </w:rPr>
        <w:t>keterangan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simbol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Skala dan </w:t>
      </w:r>
      <w:proofErr w:type="spellStart"/>
      <w:r w:rsidRPr="00BC0D5C">
        <w:rPr>
          <w:rFonts w:ascii="Arial" w:hAnsi="Arial"/>
          <w:bCs/>
          <w:sz w:val="24"/>
          <w:szCs w:val="24"/>
        </w:rPr>
        <w:t>arah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utara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, </w:t>
      </w:r>
      <w:proofErr w:type="spellStart"/>
      <w:r w:rsidRPr="00BC0D5C">
        <w:rPr>
          <w:rFonts w:ascii="Arial" w:hAnsi="Arial"/>
          <w:bCs/>
          <w:sz w:val="24"/>
          <w:szCs w:val="24"/>
        </w:rPr>
        <w:t>serta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Kolom </w:t>
      </w:r>
      <w:proofErr w:type="spellStart"/>
      <w:r w:rsidRPr="00BC0D5C">
        <w:rPr>
          <w:rFonts w:ascii="Arial" w:hAnsi="Arial"/>
          <w:bCs/>
          <w:sz w:val="24"/>
          <w:szCs w:val="24"/>
        </w:rPr>
        <w:t>sumber</w:t>
      </w:r>
      <w:proofErr w:type="spellEnd"/>
      <w:r w:rsidRPr="00BC0D5C">
        <w:rPr>
          <w:rFonts w:ascii="Arial" w:hAnsi="Arial"/>
          <w:bCs/>
          <w:sz w:val="24"/>
          <w:szCs w:val="24"/>
        </w:rPr>
        <w:t>/</w:t>
      </w:r>
      <w:proofErr w:type="spellStart"/>
      <w:r w:rsidRPr="00BC0D5C">
        <w:rPr>
          <w:rFonts w:ascii="Arial" w:hAnsi="Arial"/>
          <w:bCs/>
          <w:sz w:val="24"/>
          <w:szCs w:val="24"/>
        </w:rPr>
        <w:t>pembuat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peta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. Hasil </w:t>
      </w:r>
      <w:proofErr w:type="spellStart"/>
      <w:r w:rsidRPr="00BC0D5C">
        <w:rPr>
          <w:rFonts w:ascii="Arial" w:hAnsi="Arial"/>
          <w:bCs/>
          <w:sz w:val="24"/>
          <w:szCs w:val="24"/>
        </w:rPr>
        <w:t>akhirnya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diekspor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menjadi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file PDF/PNG </w:t>
      </w:r>
      <w:proofErr w:type="spellStart"/>
      <w:r w:rsidRPr="00BC0D5C">
        <w:rPr>
          <w:rFonts w:ascii="Arial" w:hAnsi="Arial"/>
          <w:bCs/>
          <w:sz w:val="24"/>
          <w:szCs w:val="24"/>
        </w:rPr>
        <w:t>atau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dicetak</w:t>
      </w:r>
      <w:proofErr w:type="spellEnd"/>
      <w:r w:rsidRPr="00BC0D5C">
        <w:rPr>
          <w:rFonts w:ascii="Arial" w:hAnsi="Arial"/>
          <w:bCs/>
          <w:sz w:val="24"/>
          <w:szCs w:val="24"/>
        </w:rPr>
        <w:t xml:space="preserve"> </w:t>
      </w:r>
      <w:proofErr w:type="spellStart"/>
      <w:r w:rsidRPr="00BC0D5C">
        <w:rPr>
          <w:rFonts w:ascii="Arial" w:hAnsi="Arial"/>
          <w:bCs/>
          <w:sz w:val="24"/>
          <w:szCs w:val="24"/>
        </w:rPr>
        <w:t>fisik</w:t>
      </w:r>
      <w:proofErr w:type="spellEnd"/>
      <w:r w:rsidRPr="00BC0D5C">
        <w:rPr>
          <w:rFonts w:ascii="Arial" w:hAnsi="Arial"/>
          <w:bCs/>
          <w:sz w:val="24"/>
          <w:szCs w:val="24"/>
        </w:rPr>
        <w:t>.</w:t>
      </w:r>
    </w:p>
    <w:p w14:paraId="40663324" w14:textId="0E741978" w:rsidR="000A69C4" w:rsidRPr="00BC0D5C" w:rsidRDefault="000A69C4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36683FDD" w14:textId="32722640" w:rsidR="000A69C4" w:rsidRPr="00BC0D5C" w:rsidRDefault="000A69C4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Titik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koordinat</w:t>
      </w:r>
      <w:proofErr w:type="spellEnd"/>
      <w:r w:rsidRPr="00BC0D5C">
        <w:rPr>
          <w:bCs/>
          <w:sz w:val="24"/>
          <w:szCs w:val="24"/>
        </w:rPr>
        <w:t xml:space="preserve"> yang </w:t>
      </w:r>
      <w:proofErr w:type="spellStart"/>
      <w:r w:rsidRPr="00BC0D5C">
        <w:rPr>
          <w:bCs/>
          <w:sz w:val="24"/>
          <w:szCs w:val="24"/>
        </w:rPr>
        <w:t>tadi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dibuat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lalu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dibuatkan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peta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caranya</w:t>
      </w:r>
      <w:proofErr w:type="spellEnd"/>
      <w:r w:rsidRPr="00BC0D5C">
        <w:rPr>
          <w:bCs/>
          <w:sz w:val="24"/>
          <w:szCs w:val="24"/>
        </w:rPr>
        <w:t>:</w:t>
      </w:r>
    </w:p>
    <w:p w14:paraId="0229CCDA" w14:textId="592A5EA2" w:rsidR="000A69C4" w:rsidRPr="00BC0D5C" w:rsidRDefault="00DB12ED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Pilih</w:t>
      </w:r>
      <w:proofErr w:type="spellEnd"/>
      <w:r w:rsidRPr="00BC0D5C">
        <w:rPr>
          <w:bCs/>
          <w:sz w:val="24"/>
          <w:szCs w:val="24"/>
        </w:rPr>
        <w:t xml:space="preserve"> menu project, new print layout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431139A5" w14:textId="736360DC" w:rsidR="00DB12ED" w:rsidRPr="00BC0D5C" w:rsidRDefault="00DB12ED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87424" behindDoc="0" locked="0" layoutInCell="1" allowOverlap="1" wp14:anchorId="31507B8B" wp14:editId="3560E6B2">
            <wp:simplePos x="0" y="0"/>
            <wp:positionH relativeFrom="column">
              <wp:posOffset>1133721</wp:posOffset>
            </wp:positionH>
            <wp:positionV relativeFrom="paragraph">
              <wp:posOffset>59510</wp:posOffset>
            </wp:positionV>
            <wp:extent cx="3325705" cy="1746913"/>
            <wp:effectExtent l="0" t="0" r="8255" b="5715"/>
            <wp:wrapNone/>
            <wp:docPr id="186487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87914" name=""/>
                    <pic:cNvPicPr/>
                  </pic:nvPicPr>
                  <pic:blipFill rotWithShape="1">
                    <a:blip r:embed="rId14"/>
                    <a:srcRect l="345" t="1226" r="1952" b="7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705" cy="1746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B9810" w14:textId="1E56875C" w:rsidR="000A69C4" w:rsidRPr="00BC0D5C" w:rsidRDefault="000A69C4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AA000EC" w14:textId="77777777" w:rsidR="000A69C4" w:rsidRPr="00BC0D5C" w:rsidRDefault="000A69C4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D735CEC" w14:textId="77777777" w:rsidR="000A69C4" w:rsidRPr="00BC0D5C" w:rsidRDefault="000A69C4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56E9FF71" w14:textId="77777777" w:rsidR="00DB12ED" w:rsidRPr="00BC0D5C" w:rsidRDefault="00DB12ED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1FEF240A" w14:textId="77777777" w:rsidR="00DB12ED" w:rsidRPr="00BC0D5C" w:rsidRDefault="00DB12ED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0795C9AD" w14:textId="77777777" w:rsidR="00DB12ED" w:rsidRPr="00BC0D5C" w:rsidRDefault="00DB12ED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331B0742" w14:textId="77777777" w:rsidR="00DB12ED" w:rsidRPr="00BC0D5C" w:rsidRDefault="00DB12ED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6A1DD5DD" w14:textId="77777777" w:rsidR="00E0322A" w:rsidRPr="00BC0D5C" w:rsidRDefault="00E0322A" w:rsidP="00BC0D5C">
      <w:pPr>
        <w:pStyle w:val="ListBullet"/>
        <w:numPr>
          <w:ilvl w:val="0"/>
          <w:numId w:val="0"/>
        </w:numPr>
        <w:spacing w:after="60"/>
        <w:ind w:left="360" w:hanging="360"/>
        <w:jc w:val="both"/>
        <w:rPr>
          <w:bCs/>
          <w:sz w:val="24"/>
          <w:szCs w:val="24"/>
        </w:rPr>
      </w:pPr>
    </w:p>
    <w:p w14:paraId="73C2078C" w14:textId="2463B4EC" w:rsidR="00B17724" w:rsidRPr="00BC0D5C" w:rsidRDefault="00E0322A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Lalu </w:t>
      </w:r>
      <w:proofErr w:type="spellStart"/>
      <w:r w:rsidRPr="00BC0D5C">
        <w:rPr>
          <w:bCs/>
          <w:sz w:val="24"/>
          <w:szCs w:val="24"/>
        </w:rPr>
        <w:t>isikan</w:t>
      </w:r>
      <w:proofErr w:type="spellEnd"/>
      <w:r w:rsidRPr="00BC0D5C">
        <w:rPr>
          <w:bCs/>
          <w:sz w:val="24"/>
          <w:szCs w:val="24"/>
        </w:rPr>
        <w:t xml:space="preserve"> nama </w:t>
      </w:r>
      <w:proofErr w:type="spellStart"/>
      <w:r w:rsidRPr="00BC0D5C">
        <w:rPr>
          <w:bCs/>
          <w:sz w:val="24"/>
          <w:szCs w:val="24"/>
        </w:rPr>
        <w:t>petanya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10F14A69" w14:textId="656AC3C9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6891598" w14:textId="2EAD50E4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88448" behindDoc="0" locked="0" layoutInCell="1" allowOverlap="1" wp14:anchorId="200770EB" wp14:editId="2F180741">
            <wp:simplePos x="0" y="0"/>
            <wp:positionH relativeFrom="margin">
              <wp:posOffset>1820545</wp:posOffset>
            </wp:positionH>
            <wp:positionV relativeFrom="paragraph">
              <wp:posOffset>6985</wp:posOffset>
            </wp:positionV>
            <wp:extent cx="2231390" cy="1473835"/>
            <wp:effectExtent l="0" t="0" r="0" b="0"/>
            <wp:wrapNone/>
            <wp:docPr id="1084311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311646" name=""/>
                    <pic:cNvPicPr/>
                  </pic:nvPicPr>
                  <pic:blipFill rotWithShape="1">
                    <a:blip r:embed="rId15"/>
                    <a:srcRect l="33639" t="30021" r="28816" b="25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473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9E8ED" w14:textId="2F2C5D8F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C7E9157" w14:textId="5C4D4280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EB50C67" w14:textId="2D6F4FCA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773DED2" w14:textId="622F7F2E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203A085" w14:textId="42AD2E94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35F7254" w14:textId="545369DA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B0E924C" w14:textId="77777777" w:rsidR="00E0322A" w:rsidRPr="00BC0D5C" w:rsidRDefault="00E0322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573CE58" w14:textId="56427EA3" w:rsidR="00E0322A" w:rsidRPr="00BC0D5C" w:rsidRDefault="008F59C8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89472" behindDoc="0" locked="0" layoutInCell="1" allowOverlap="1" wp14:anchorId="28344DB1" wp14:editId="712E38A2">
            <wp:simplePos x="0" y="0"/>
            <wp:positionH relativeFrom="column">
              <wp:posOffset>950595</wp:posOffset>
            </wp:positionH>
            <wp:positionV relativeFrom="paragraph">
              <wp:posOffset>245110</wp:posOffset>
            </wp:positionV>
            <wp:extent cx="3285490" cy="1718945"/>
            <wp:effectExtent l="0" t="0" r="0" b="0"/>
            <wp:wrapTopAndBottom/>
            <wp:docPr id="427682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682440" name=""/>
                    <pic:cNvPicPr/>
                  </pic:nvPicPr>
                  <pic:blipFill rotWithShape="1">
                    <a:blip r:embed="rId16"/>
                    <a:srcRect t="2846" r="4237" b="8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1718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0D5C">
        <w:rPr>
          <w:bCs/>
          <w:sz w:val="24"/>
          <w:szCs w:val="24"/>
        </w:rPr>
        <w:t xml:space="preserve">Maka </w:t>
      </w:r>
      <w:proofErr w:type="spellStart"/>
      <w:r w:rsidRPr="00BC0D5C">
        <w:rPr>
          <w:bCs/>
          <w:sz w:val="24"/>
          <w:szCs w:val="24"/>
        </w:rPr>
        <w:t>akan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muncul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tampilan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pembuatan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peta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602506EC" w14:textId="00575C77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0AC85EF" w14:textId="1BAC01FE" w:rsidR="008F59C8" w:rsidRPr="00BC0D5C" w:rsidRDefault="008767B3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Klik</w:t>
      </w:r>
      <w:proofErr w:type="spellEnd"/>
      <w:r w:rsidRPr="00BC0D5C">
        <w:rPr>
          <w:bCs/>
          <w:sz w:val="24"/>
          <w:szCs w:val="24"/>
        </w:rPr>
        <w:t xml:space="preserve"> pada menu add rectangle </w:t>
      </w:r>
      <w:proofErr w:type="spellStart"/>
      <w:r w:rsidRPr="00BC0D5C">
        <w:rPr>
          <w:bCs/>
          <w:sz w:val="24"/>
          <w:szCs w:val="24"/>
        </w:rPr>
        <w:t>untuk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membuat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kotak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peta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134F3AF3" w14:textId="3BE68E6F" w:rsidR="008767B3" w:rsidRPr="00BC0D5C" w:rsidRDefault="008767B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90496" behindDoc="0" locked="0" layoutInCell="1" allowOverlap="1" wp14:anchorId="57BDBCE4" wp14:editId="4E4113B1">
            <wp:simplePos x="0" y="0"/>
            <wp:positionH relativeFrom="column">
              <wp:posOffset>934466</wp:posOffset>
            </wp:positionH>
            <wp:positionV relativeFrom="paragraph">
              <wp:posOffset>11176</wp:posOffset>
            </wp:positionV>
            <wp:extent cx="3292728" cy="1645920"/>
            <wp:effectExtent l="0" t="0" r="3175" b="0"/>
            <wp:wrapNone/>
            <wp:docPr id="411392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92934" name=""/>
                    <pic:cNvPicPr/>
                  </pic:nvPicPr>
                  <pic:blipFill rotWithShape="1">
                    <a:blip r:embed="rId17"/>
                    <a:srcRect t="19925" r="20732" b="9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728" cy="164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E01609" w14:textId="3A1D1A47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C45B8FE" w14:textId="77777777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D7A545F" w14:textId="5352599C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CA984D1" w14:textId="77777777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2824AB3" w14:textId="76BB300C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7DA712E" w14:textId="77777777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C2A2C25" w14:textId="77777777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3EEC432" w14:textId="603F246D" w:rsidR="008F59C8" w:rsidRPr="00BC0D5C" w:rsidRDefault="008F5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D9A4C61" w14:textId="1001E0A7" w:rsidR="008F59C8" w:rsidRPr="00BC0D5C" w:rsidRDefault="00800C9E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Lalu </w:t>
      </w:r>
      <w:proofErr w:type="spellStart"/>
      <w:r w:rsidRPr="00BC0D5C">
        <w:rPr>
          <w:bCs/>
          <w:sz w:val="24"/>
          <w:szCs w:val="24"/>
        </w:rPr>
        <w:t>posisikan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dilayar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kerja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disesuiakan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dengan</w:t>
      </w:r>
      <w:proofErr w:type="spellEnd"/>
      <w:r w:rsidRPr="00BC0D5C">
        <w:rPr>
          <w:bCs/>
          <w:sz w:val="24"/>
          <w:szCs w:val="24"/>
        </w:rPr>
        <w:t xml:space="preserve"> yang </w:t>
      </w:r>
      <w:proofErr w:type="spellStart"/>
      <w:r w:rsidRPr="00BC0D5C">
        <w:rPr>
          <w:bCs/>
          <w:sz w:val="24"/>
          <w:szCs w:val="24"/>
        </w:rPr>
        <w:t>diinginkan</w:t>
      </w:r>
      <w:proofErr w:type="spellEnd"/>
      <w:r w:rsidRPr="00BC0D5C">
        <w:rPr>
          <w:bCs/>
          <w:sz w:val="24"/>
          <w:szCs w:val="24"/>
        </w:rPr>
        <w:t xml:space="preserve">.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gambar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343F931C" w14:textId="16F313E4" w:rsidR="00800C9E" w:rsidRPr="00BC0D5C" w:rsidRDefault="00E217F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91520" behindDoc="0" locked="0" layoutInCell="1" allowOverlap="1" wp14:anchorId="107CF19C" wp14:editId="4E5B77CA">
            <wp:simplePos x="0" y="0"/>
            <wp:positionH relativeFrom="column">
              <wp:posOffset>731139</wp:posOffset>
            </wp:positionH>
            <wp:positionV relativeFrom="paragraph">
              <wp:posOffset>59055</wp:posOffset>
            </wp:positionV>
            <wp:extent cx="3966388" cy="1689811"/>
            <wp:effectExtent l="0" t="0" r="0" b="5715"/>
            <wp:wrapNone/>
            <wp:docPr id="1251226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226479" name=""/>
                    <pic:cNvPicPr/>
                  </pic:nvPicPr>
                  <pic:blipFill rotWithShape="1">
                    <a:blip r:embed="rId18"/>
                    <a:srcRect t="17295" r="5222" b="10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388" cy="1689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69F5A" w14:textId="77777777" w:rsidR="008767B3" w:rsidRPr="00BC0D5C" w:rsidRDefault="008767B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624ED536" w14:textId="77777777" w:rsidR="008767B3" w:rsidRPr="00BC0D5C" w:rsidRDefault="008767B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5C751ADD" w14:textId="77777777" w:rsidR="008767B3" w:rsidRPr="00BC0D5C" w:rsidRDefault="008767B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5F038CC1" w14:textId="77777777" w:rsidR="00E217F4" w:rsidRPr="00BC0D5C" w:rsidRDefault="00E217F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5CD1707F" w14:textId="77777777" w:rsidR="00E217F4" w:rsidRPr="00BC0D5C" w:rsidRDefault="00E217F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41E36EC4" w14:textId="77777777" w:rsidR="00E217F4" w:rsidRPr="00BC0D5C" w:rsidRDefault="00E217F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412DCE7C" w14:textId="77777777" w:rsidR="008767B3" w:rsidRPr="00BC0D5C" w:rsidRDefault="008767B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501D0896" w14:textId="77777777" w:rsidR="008767B3" w:rsidRPr="00BC0D5C" w:rsidRDefault="008767B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348C7F52" w14:textId="77777777" w:rsidR="00E217F4" w:rsidRPr="00BC0D5C" w:rsidRDefault="00E217F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6BE47C26" w14:textId="055AAEA0" w:rsidR="00E217F4" w:rsidRPr="00BC0D5C" w:rsidRDefault="00036F0A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left="284" w:hanging="284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Setelah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itu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klik</w:t>
      </w:r>
      <w:proofErr w:type="spellEnd"/>
      <w:r w:rsidRPr="00BC0D5C">
        <w:rPr>
          <w:bCs/>
          <w:sz w:val="24"/>
          <w:szCs w:val="24"/>
        </w:rPr>
        <w:t xml:space="preserve"> menu add map, dan </w:t>
      </w:r>
      <w:proofErr w:type="spellStart"/>
      <w:r w:rsidRPr="00BC0D5C">
        <w:rPr>
          <w:bCs/>
          <w:sz w:val="24"/>
          <w:szCs w:val="24"/>
        </w:rPr>
        <w:t>geser</w:t>
      </w:r>
      <w:proofErr w:type="spellEnd"/>
      <w:r w:rsidRPr="00BC0D5C">
        <w:rPr>
          <w:bCs/>
          <w:sz w:val="24"/>
          <w:szCs w:val="24"/>
        </w:rPr>
        <w:t>/</w:t>
      </w:r>
      <w:proofErr w:type="spellStart"/>
      <w:r w:rsidRPr="00BC0D5C">
        <w:rPr>
          <w:bCs/>
          <w:sz w:val="24"/>
          <w:szCs w:val="24"/>
        </w:rPr>
        <w:t>masukkan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kedalam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jendela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kerjanya</w:t>
      </w:r>
      <w:proofErr w:type="spellEnd"/>
      <w:r w:rsidRPr="00BC0D5C">
        <w:rPr>
          <w:bCs/>
          <w:sz w:val="24"/>
          <w:szCs w:val="24"/>
        </w:rPr>
        <w:t xml:space="preserve">. Maka </w:t>
      </w:r>
      <w:proofErr w:type="spellStart"/>
      <w:r w:rsidRPr="00BC0D5C">
        <w:rPr>
          <w:bCs/>
          <w:sz w:val="24"/>
          <w:szCs w:val="24"/>
        </w:rPr>
        <w:t>akan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muncul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pada </w:t>
      </w:r>
      <w:proofErr w:type="spellStart"/>
      <w:r w:rsidRPr="00BC0D5C">
        <w:rPr>
          <w:bCs/>
          <w:sz w:val="24"/>
          <w:szCs w:val="24"/>
        </w:rPr>
        <w:t>gambar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13DAD720" w14:textId="6C3DAE61" w:rsidR="00036F0A" w:rsidRPr="00BC0D5C" w:rsidRDefault="00744CC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92544" behindDoc="0" locked="0" layoutInCell="1" allowOverlap="1" wp14:anchorId="149C407B" wp14:editId="1C1DA42D">
            <wp:simplePos x="0" y="0"/>
            <wp:positionH relativeFrom="column">
              <wp:posOffset>921131</wp:posOffset>
            </wp:positionH>
            <wp:positionV relativeFrom="paragraph">
              <wp:posOffset>32690</wp:posOffset>
            </wp:positionV>
            <wp:extent cx="3650285" cy="1867248"/>
            <wp:effectExtent l="0" t="0" r="7620" b="0"/>
            <wp:wrapNone/>
            <wp:docPr id="1508394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394017" name=""/>
                    <pic:cNvPicPr/>
                  </pic:nvPicPr>
                  <pic:blipFill rotWithShape="1">
                    <a:blip r:embed="rId19"/>
                    <a:srcRect t="15107" r="19877" b="11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285" cy="1867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E29B2" w14:textId="073DF530" w:rsidR="00036F0A" w:rsidRPr="00BC0D5C" w:rsidRDefault="00036F0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6D9AF61" w14:textId="2EB31B5A" w:rsidR="00036F0A" w:rsidRPr="00BC0D5C" w:rsidRDefault="00036F0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EB23956" w14:textId="04F9FBD6" w:rsidR="00036F0A" w:rsidRPr="00BC0D5C" w:rsidRDefault="00036F0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082FBDA" w14:textId="3980825A" w:rsidR="00036F0A" w:rsidRPr="00BC0D5C" w:rsidRDefault="00036F0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D391AE5" w14:textId="77777777" w:rsidR="00036F0A" w:rsidRPr="00BC0D5C" w:rsidRDefault="00036F0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12A5173" w14:textId="77777777" w:rsidR="00744CC3" w:rsidRPr="00BC0D5C" w:rsidRDefault="00744CC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E192A7E" w14:textId="29005995" w:rsidR="00744CC3" w:rsidRPr="00BC0D5C" w:rsidRDefault="00744CC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42924A1" w14:textId="77777777" w:rsidR="00744CC3" w:rsidRPr="00BC0D5C" w:rsidRDefault="00744CC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62623DE" w14:textId="77777777" w:rsidR="00744CC3" w:rsidRPr="00BC0D5C" w:rsidRDefault="00744CC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A11C59F" w14:textId="3BD24327" w:rsidR="00744CC3" w:rsidRDefault="004E0A59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left="284" w:hanging="284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Untuk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melengkapi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informasi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maka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klik</w:t>
      </w:r>
      <w:proofErr w:type="spellEnd"/>
      <w:r w:rsidRPr="00BC0D5C">
        <w:rPr>
          <w:bCs/>
          <w:sz w:val="24"/>
          <w:szCs w:val="24"/>
        </w:rPr>
        <w:t xml:space="preserve"> menu add label </w:t>
      </w:r>
      <w:proofErr w:type="spellStart"/>
      <w:r w:rsidRPr="00BC0D5C">
        <w:rPr>
          <w:bCs/>
          <w:sz w:val="24"/>
          <w:szCs w:val="24"/>
        </w:rPr>
        <w:t>untuk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membuat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judul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peta</w:t>
      </w:r>
      <w:proofErr w:type="spellEnd"/>
      <w:r w:rsidRPr="00BC0D5C">
        <w:rPr>
          <w:bCs/>
          <w:sz w:val="24"/>
          <w:szCs w:val="24"/>
        </w:rPr>
        <w:t xml:space="preserve">.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pada </w:t>
      </w:r>
      <w:proofErr w:type="spellStart"/>
      <w:r w:rsidRPr="00BC0D5C">
        <w:rPr>
          <w:bCs/>
          <w:sz w:val="24"/>
          <w:szCs w:val="24"/>
        </w:rPr>
        <w:t>gambar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22D4EBBE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52600B9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90C32BF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45E6186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C20DB32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3809279" w14:textId="7A8C3EF3" w:rsidR="004E0A59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93568" behindDoc="0" locked="0" layoutInCell="1" allowOverlap="1" wp14:anchorId="29F871F9" wp14:editId="31F8C9B9">
            <wp:simplePos x="0" y="0"/>
            <wp:positionH relativeFrom="margin">
              <wp:posOffset>790042</wp:posOffset>
            </wp:positionH>
            <wp:positionV relativeFrom="paragraph">
              <wp:posOffset>11582</wp:posOffset>
            </wp:positionV>
            <wp:extent cx="4066179" cy="2022699"/>
            <wp:effectExtent l="0" t="0" r="0" b="0"/>
            <wp:wrapNone/>
            <wp:docPr id="884014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014822" name=""/>
                    <pic:cNvPicPr/>
                  </pic:nvPicPr>
                  <pic:blipFill rotWithShape="1">
                    <a:blip r:embed="rId20"/>
                    <a:srcRect t="6032" r="497" b="5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600" cy="2023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757E7" w14:textId="7BA81721" w:rsidR="004E0A59" w:rsidRPr="00BC0D5C" w:rsidRDefault="004E0A5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2A21F59" w14:textId="6DB7749D" w:rsidR="004E0A59" w:rsidRPr="00BC0D5C" w:rsidRDefault="004E0A5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B7C5E4B" w14:textId="77777777" w:rsidR="004E0A59" w:rsidRPr="00BC0D5C" w:rsidRDefault="004E0A5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CBF63C2" w14:textId="5ADD8165" w:rsidR="004E0A59" w:rsidRPr="00BC0D5C" w:rsidRDefault="004E0A5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7E30A23" w14:textId="77777777" w:rsidR="00744CC3" w:rsidRPr="00BC0D5C" w:rsidRDefault="00744CC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7DDD4D4" w14:textId="77777777" w:rsidR="00744CC3" w:rsidRPr="00BC0D5C" w:rsidRDefault="00744CC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B46BD8D" w14:textId="2A7B4C2F" w:rsidR="00744CC3" w:rsidRPr="00BC0D5C" w:rsidRDefault="00744CC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D8B5734" w14:textId="68BFA56C" w:rsidR="00036F0A" w:rsidRPr="00BC0D5C" w:rsidRDefault="00036F0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EF5BFD6" w14:textId="7B67454F" w:rsidR="00036F0A" w:rsidRPr="00BC0D5C" w:rsidRDefault="00036F0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9976FA7" w14:textId="659311AE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16E20B0" w14:textId="5857C117" w:rsidR="00FB49C8" w:rsidRPr="00BC0D5C" w:rsidRDefault="00FB49C8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hanging="72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Lakukan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beberapa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setingan</w:t>
      </w:r>
      <w:proofErr w:type="spellEnd"/>
      <w:r w:rsidRPr="00BC0D5C">
        <w:rPr>
          <w:bCs/>
          <w:sz w:val="24"/>
          <w:szCs w:val="24"/>
        </w:rPr>
        <w:t xml:space="preserve"> agar </w:t>
      </w:r>
      <w:proofErr w:type="spellStart"/>
      <w:r w:rsidRPr="00BC0D5C">
        <w:rPr>
          <w:bCs/>
          <w:sz w:val="24"/>
          <w:szCs w:val="24"/>
        </w:rPr>
        <w:t>mendapatkan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judul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peta</w:t>
      </w:r>
      <w:proofErr w:type="spellEnd"/>
      <w:r w:rsidRPr="00BC0D5C">
        <w:rPr>
          <w:bCs/>
          <w:sz w:val="24"/>
          <w:szCs w:val="24"/>
        </w:rPr>
        <w:t xml:space="preserve"> yang </w:t>
      </w:r>
      <w:proofErr w:type="spellStart"/>
      <w:r w:rsidRPr="00BC0D5C">
        <w:rPr>
          <w:bCs/>
          <w:sz w:val="24"/>
          <w:szCs w:val="24"/>
        </w:rPr>
        <w:t>diinginkan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</w:p>
    <w:p w14:paraId="7C6DE167" w14:textId="0C66FD2C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94592" behindDoc="0" locked="0" layoutInCell="1" allowOverlap="1" wp14:anchorId="747E840D" wp14:editId="51EC5939">
            <wp:simplePos x="0" y="0"/>
            <wp:positionH relativeFrom="column">
              <wp:posOffset>715746</wp:posOffset>
            </wp:positionH>
            <wp:positionV relativeFrom="paragraph">
              <wp:posOffset>46812</wp:posOffset>
            </wp:positionV>
            <wp:extent cx="3474390" cy="2201365"/>
            <wp:effectExtent l="0" t="0" r="0" b="8890"/>
            <wp:wrapNone/>
            <wp:docPr id="1589704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704884" name=""/>
                    <pic:cNvPicPr/>
                  </pic:nvPicPr>
                  <pic:blipFill rotWithShape="1">
                    <a:blip r:embed="rId21"/>
                    <a:srcRect l="9356" t="22549" r="32175" b="11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390" cy="2201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3AFFE" w14:textId="77777777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11BA5E2" w14:textId="77777777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22B79FF" w14:textId="7B4C287C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4D3B30A" w14:textId="77777777" w:rsidR="00036F0A" w:rsidRPr="00BC0D5C" w:rsidRDefault="00036F0A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57EC8EB" w14:textId="77777777" w:rsidR="00E03582" w:rsidRPr="00BC0D5C" w:rsidRDefault="00E0358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C1D900E" w14:textId="77777777" w:rsidR="00E03582" w:rsidRPr="00BC0D5C" w:rsidRDefault="00E0358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B5E6ECF" w14:textId="77777777" w:rsidR="00E03582" w:rsidRPr="00BC0D5C" w:rsidRDefault="00E0358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40E7201" w14:textId="77777777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FCE726C" w14:textId="77777777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5924D4E" w14:textId="77777777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FC08989" w14:textId="77777777" w:rsidR="00FB49C8" w:rsidRPr="00BC0D5C" w:rsidRDefault="00FB49C8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21F8191" w14:textId="77777777" w:rsidR="00E03582" w:rsidRPr="00BC0D5C" w:rsidRDefault="00E0358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815A6C2" w14:textId="43EC2E04" w:rsidR="00D43D69" w:rsidRPr="00BC0D5C" w:rsidRDefault="00D43D69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ind w:left="284" w:hanging="284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Buat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kotak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terlebih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dahulu</w:t>
      </w:r>
      <w:proofErr w:type="spellEnd"/>
      <w:r w:rsidRPr="00BC0D5C">
        <w:rPr>
          <w:bCs/>
          <w:sz w:val="24"/>
          <w:szCs w:val="24"/>
        </w:rPr>
        <w:t xml:space="preserve"> agar </w:t>
      </w:r>
      <w:proofErr w:type="spellStart"/>
      <w:r w:rsidRPr="00BC0D5C">
        <w:rPr>
          <w:bCs/>
          <w:sz w:val="24"/>
          <w:szCs w:val="24"/>
        </w:rPr>
        <w:t>namap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rapih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jadi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semua</w:t>
      </w:r>
      <w:proofErr w:type="spellEnd"/>
      <w:r w:rsidRPr="00BC0D5C">
        <w:rPr>
          <w:bCs/>
          <w:sz w:val="24"/>
          <w:szCs w:val="24"/>
        </w:rPr>
        <w:t xml:space="preserve"> data-data </w:t>
      </w:r>
      <w:proofErr w:type="spellStart"/>
      <w:r w:rsidRPr="00BC0D5C">
        <w:rPr>
          <w:bCs/>
          <w:sz w:val="24"/>
          <w:szCs w:val="24"/>
        </w:rPr>
        <w:t>dimasukkan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dalam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kotak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2CEA60FF" w14:textId="1F70B8C5" w:rsidR="00D43D69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95616" behindDoc="0" locked="0" layoutInCell="1" allowOverlap="1" wp14:anchorId="720CCBDE" wp14:editId="707F0B08">
            <wp:simplePos x="0" y="0"/>
            <wp:positionH relativeFrom="column">
              <wp:posOffset>730606</wp:posOffset>
            </wp:positionH>
            <wp:positionV relativeFrom="paragraph">
              <wp:posOffset>37440</wp:posOffset>
            </wp:positionV>
            <wp:extent cx="4198670" cy="2041544"/>
            <wp:effectExtent l="0" t="0" r="0" b="0"/>
            <wp:wrapNone/>
            <wp:docPr id="229352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352811" name=""/>
                    <pic:cNvPicPr/>
                  </pic:nvPicPr>
                  <pic:blipFill rotWithShape="1">
                    <a:blip r:embed="rId22"/>
                    <a:srcRect t="17295" r="14445" b="8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70" cy="2041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9CEA5" w14:textId="669BC255" w:rsidR="00D43D69" w:rsidRPr="00BC0D5C" w:rsidRDefault="00D43D6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0D6F6C3" w14:textId="77EB783D" w:rsidR="00D43D69" w:rsidRPr="00BC0D5C" w:rsidRDefault="00D43D6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9702F36" w14:textId="2EF2E8EB" w:rsidR="00D43D69" w:rsidRPr="00BC0D5C" w:rsidRDefault="00D43D6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709138C" w14:textId="41E9CF62" w:rsidR="00D43D69" w:rsidRPr="00BC0D5C" w:rsidRDefault="00D43D6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8012F49" w14:textId="25BB5B23" w:rsidR="00D43D69" w:rsidRPr="00BC0D5C" w:rsidRDefault="00D43D6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54A795D" w14:textId="7633A35D" w:rsidR="00D43D69" w:rsidRPr="00BC0D5C" w:rsidRDefault="00D43D6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22E6F3A" w14:textId="77777777" w:rsidR="00D43D69" w:rsidRPr="00BC0D5C" w:rsidRDefault="00D43D6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3FB2469" w14:textId="77777777" w:rsidR="00D43D69" w:rsidRPr="00BC0D5C" w:rsidRDefault="00D43D69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2607332" w14:textId="77777777" w:rsidR="006D4632" w:rsidRPr="00BC0D5C" w:rsidRDefault="006D463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48E46C9" w14:textId="77777777" w:rsidR="006D4632" w:rsidRPr="00BC0D5C" w:rsidRDefault="006D463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CB5D461" w14:textId="54B5793D" w:rsidR="006D4632" w:rsidRPr="00BC0D5C" w:rsidRDefault="006D463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5F9DE9A" w14:textId="77777777" w:rsidR="006D4632" w:rsidRPr="00BC0D5C" w:rsidRDefault="006D463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1B93D85" w14:textId="71AB4ACC" w:rsidR="00036F0A" w:rsidRPr="00BC0D5C" w:rsidRDefault="00C71ADE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Untuk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melengkapi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beberapa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keterangan</w:t>
      </w:r>
      <w:proofErr w:type="spellEnd"/>
      <w:r w:rsidRPr="00BC0D5C">
        <w:rPr>
          <w:bCs/>
          <w:sz w:val="24"/>
          <w:szCs w:val="24"/>
        </w:rPr>
        <w:t xml:space="preserve"> pada </w:t>
      </w:r>
      <w:proofErr w:type="spellStart"/>
      <w:r w:rsidRPr="00BC0D5C">
        <w:rPr>
          <w:bCs/>
          <w:sz w:val="24"/>
          <w:szCs w:val="24"/>
        </w:rPr>
        <w:t>gambar</w:t>
      </w:r>
      <w:proofErr w:type="spellEnd"/>
      <w:r w:rsidRPr="00BC0D5C">
        <w:rPr>
          <w:bCs/>
          <w:sz w:val="24"/>
          <w:szCs w:val="24"/>
        </w:rPr>
        <w:t>/</w:t>
      </w:r>
      <w:proofErr w:type="spellStart"/>
      <w:r w:rsidRPr="00BC0D5C">
        <w:rPr>
          <w:bCs/>
          <w:sz w:val="24"/>
          <w:szCs w:val="24"/>
        </w:rPr>
        <w:t>peta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dapat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dilakukan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secara</w:t>
      </w:r>
      <w:proofErr w:type="spellEnd"/>
      <w:r w:rsidRPr="00BC0D5C">
        <w:rPr>
          <w:bCs/>
          <w:sz w:val="24"/>
          <w:szCs w:val="24"/>
        </w:rPr>
        <w:t xml:space="preserve"> manual. </w:t>
      </w:r>
      <w:proofErr w:type="spellStart"/>
      <w:r w:rsidRPr="00BC0D5C">
        <w:rPr>
          <w:bCs/>
          <w:sz w:val="24"/>
          <w:szCs w:val="24"/>
        </w:rPr>
        <w:t>Caranya</w:t>
      </w:r>
      <w:proofErr w:type="spellEnd"/>
      <w:r w:rsidRPr="00BC0D5C">
        <w:rPr>
          <w:bCs/>
          <w:sz w:val="24"/>
          <w:szCs w:val="24"/>
        </w:rPr>
        <w:t xml:space="preserve">. </w:t>
      </w:r>
      <w:proofErr w:type="spellStart"/>
      <w:r w:rsidRPr="00BC0D5C">
        <w:rPr>
          <w:bCs/>
          <w:sz w:val="24"/>
          <w:szCs w:val="24"/>
        </w:rPr>
        <w:t>Klik</w:t>
      </w:r>
      <w:proofErr w:type="spellEnd"/>
      <w:r w:rsidRPr="00BC0D5C">
        <w:rPr>
          <w:bCs/>
          <w:sz w:val="24"/>
          <w:szCs w:val="24"/>
        </w:rPr>
        <w:t xml:space="preserve"> menu add picture </w:t>
      </w:r>
      <w:proofErr w:type="spellStart"/>
      <w:r w:rsidRPr="00BC0D5C">
        <w:rPr>
          <w:bCs/>
          <w:sz w:val="24"/>
          <w:szCs w:val="24"/>
        </w:rPr>
        <w:t>lalu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pilih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beberapa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pilihan</w:t>
      </w:r>
      <w:proofErr w:type="spellEnd"/>
      <w:r w:rsidRPr="00BC0D5C">
        <w:rPr>
          <w:bCs/>
          <w:sz w:val="24"/>
          <w:szCs w:val="24"/>
        </w:rPr>
        <w:t xml:space="preserve"> yang </w:t>
      </w:r>
      <w:proofErr w:type="spellStart"/>
      <w:r w:rsidRPr="00BC0D5C">
        <w:rPr>
          <w:bCs/>
          <w:sz w:val="24"/>
          <w:szCs w:val="24"/>
        </w:rPr>
        <w:t>tersedia</w:t>
      </w:r>
      <w:proofErr w:type="spellEnd"/>
      <w:r w:rsidRPr="00BC0D5C">
        <w:rPr>
          <w:bCs/>
          <w:sz w:val="24"/>
          <w:szCs w:val="24"/>
        </w:rPr>
        <w:t xml:space="preserve"> di properties di </w:t>
      </w:r>
      <w:proofErr w:type="spellStart"/>
      <w:r w:rsidRPr="00BC0D5C">
        <w:rPr>
          <w:bCs/>
          <w:sz w:val="24"/>
          <w:szCs w:val="24"/>
        </w:rPr>
        <w:t>kakan</w:t>
      </w:r>
      <w:proofErr w:type="spellEnd"/>
      <w:r w:rsidRPr="00BC0D5C">
        <w:rPr>
          <w:bCs/>
          <w:sz w:val="24"/>
          <w:szCs w:val="24"/>
        </w:rPr>
        <w:t xml:space="preserve">.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ditampilkan</w:t>
      </w:r>
      <w:proofErr w:type="spellEnd"/>
      <w:r w:rsidRPr="00BC0D5C">
        <w:rPr>
          <w:bCs/>
          <w:sz w:val="24"/>
          <w:szCs w:val="24"/>
        </w:rPr>
        <w:t xml:space="preserve"> pada </w:t>
      </w:r>
      <w:proofErr w:type="spellStart"/>
      <w:r w:rsidRPr="00BC0D5C">
        <w:rPr>
          <w:bCs/>
          <w:sz w:val="24"/>
          <w:szCs w:val="24"/>
        </w:rPr>
        <w:t>gambar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6A6CA799" w14:textId="0E1D76D4" w:rsidR="00756441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96640" behindDoc="0" locked="0" layoutInCell="1" allowOverlap="1" wp14:anchorId="3E2FF587" wp14:editId="3ACAFD32">
            <wp:simplePos x="0" y="0"/>
            <wp:positionH relativeFrom="column">
              <wp:posOffset>972922</wp:posOffset>
            </wp:positionH>
            <wp:positionV relativeFrom="paragraph">
              <wp:posOffset>157886</wp:posOffset>
            </wp:positionV>
            <wp:extent cx="3738067" cy="2717867"/>
            <wp:effectExtent l="0" t="0" r="0" b="6350"/>
            <wp:wrapNone/>
            <wp:docPr id="128731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31907" name=""/>
                    <pic:cNvPicPr/>
                  </pic:nvPicPr>
                  <pic:blipFill rotWithShape="1">
                    <a:blip r:embed="rId23"/>
                    <a:srcRect l="11816" t="10946" r="33169" b="17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792" cy="2719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D1910" w14:textId="77777777" w:rsidR="00756441" w:rsidRPr="00BC0D5C" w:rsidRDefault="00756441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0B913B2" w14:textId="3C69FC9B" w:rsidR="00756441" w:rsidRPr="00BC0D5C" w:rsidRDefault="00756441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1C35B13" w14:textId="6A8DF966" w:rsidR="00756441" w:rsidRPr="00BC0D5C" w:rsidRDefault="00756441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99650F2" w14:textId="0E1F310F" w:rsidR="00C71ADE" w:rsidRPr="00BC0D5C" w:rsidRDefault="00C71ADE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38FB761" w14:textId="482EF913" w:rsidR="00C71ADE" w:rsidRPr="00BC0D5C" w:rsidRDefault="00C71ADE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F2666B0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42F52AE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18BD384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8599502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1E0F4F3" w14:textId="618DB542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2743F5E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57FF72D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8A56304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AB48252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84F399B" w14:textId="26913D58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E3CF545" w14:textId="2F0F3A31" w:rsidR="00C71ADE" w:rsidRPr="00BC0D5C" w:rsidRDefault="00F663A4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Masukan</w:t>
      </w:r>
      <w:proofErr w:type="spellEnd"/>
      <w:r w:rsidRPr="00BC0D5C">
        <w:rPr>
          <w:bCs/>
          <w:sz w:val="24"/>
          <w:szCs w:val="24"/>
        </w:rPr>
        <w:t xml:space="preserve"> pula logo </w:t>
      </w:r>
      <w:proofErr w:type="spellStart"/>
      <w:r w:rsidRPr="00BC0D5C">
        <w:rPr>
          <w:bCs/>
          <w:sz w:val="24"/>
          <w:szCs w:val="24"/>
        </w:rPr>
        <w:t>pemda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Kabupaten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Sukabumi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sebagai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pusat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daerah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administratif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dari</w:t>
      </w:r>
      <w:proofErr w:type="spellEnd"/>
      <w:r w:rsidRPr="00BC0D5C">
        <w:rPr>
          <w:bCs/>
          <w:sz w:val="24"/>
          <w:szCs w:val="24"/>
        </w:rPr>
        <w:t xml:space="preserve"> Desa Ginanjar. Hal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diperlihatkan</w:t>
      </w:r>
      <w:proofErr w:type="spellEnd"/>
      <w:r w:rsidRPr="00BC0D5C">
        <w:rPr>
          <w:bCs/>
          <w:sz w:val="24"/>
          <w:szCs w:val="24"/>
        </w:rPr>
        <w:t xml:space="preserve"> pada </w:t>
      </w:r>
      <w:proofErr w:type="spellStart"/>
      <w:r w:rsidRPr="00BC0D5C">
        <w:rPr>
          <w:bCs/>
          <w:sz w:val="24"/>
          <w:szCs w:val="24"/>
        </w:rPr>
        <w:t>gambar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100F307E" w14:textId="76382F42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97664" behindDoc="0" locked="0" layoutInCell="1" allowOverlap="1" wp14:anchorId="701F4646" wp14:editId="33BBF20E">
            <wp:simplePos x="0" y="0"/>
            <wp:positionH relativeFrom="column">
              <wp:posOffset>1147649</wp:posOffset>
            </wp:positionH>
            <wp:positionV relativeFrom="paragraph">
              <wp:posOffset>21844</wp:posOffset>
            </wp:positionV>
            <wp:extent cx="3320415" cy="1843405"/>
            <wp:effectExtent l="0" t="0" r="0" b="4445"/>
            <wp:wrapNone/>
            <wp:docPr id="1210984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984304" name=""/>
                    <pic:cNvPicPr/>
                  </pic:nvPicPr>
                  <pic:blipFill rotWithShape="1">
                    <a:blip r:embed="rId24"/>
                    <a:srcRect l="16862" t="27366" r="27261" b="17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415" cy="1843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9465D" w14:textId="77190F43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618DF376" w14:textId="78BA243C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2C5AB02A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5E87BEAF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7B2DD8CF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393AB695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3E247D0A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0B5871B7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334F3621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327D3A88" w14:textId="7D51FFD2" w:rsidR="00F663A4" w:rsidRDefault="00F663A4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Langkah </w:t>
      </w:r>
      <w:proofErr w:type="spellStart"/>
      <w:r w:rsidRPr="00BC0D5C">
        <w:rPr>
          <w:bCs/>
          <w:sz w:val="24"/>
          <w:szCs w:val="24"/>
        </w:rPr>
        <w:t>terakhir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dalam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peta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sederhana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buat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catatan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keterangan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pembuatnya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misalnya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ditampilkan</w:t>
      </w:r>
      <w:proofErr w:type="spellEnd"/>
      <w:r w:rsidRPr="00BC0D5C">
        <w:rPr>
          <w:bCs/>
          <w:sz w:val="24"/>
          <w:szCs w:val="24"/>
        </w:rPr>
        <w:t xml:space="preserve"> pada </w:t>
      </w:r>
      <w:proofErr w:type="spellStart"/>
      <w:r w:rsidRPr="00BC0D5C">
        <w:rPr>
          <w:bCs/>
          <w:sz w:val="24"/>
          <w:szCs w:val="24"/>
        </w:rPr>
        <w:t>gambar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6D9B2002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6ABDFAD9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5047E603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32C447E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FED538A" w14:textId="77777777" w:rsid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F5CB693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82793B4" w14:textId="4DF3EF78" w:rsidR="00F663A4" w:rsidRPr="00BC0D5C" w:rsidRDefault="00B56CA3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98688" behindDoc="0" locked="0" layoutInCell="1" allowOverlap="1" wp14:anchorId="523A8E93" wp14:editId="0B981B35">
            <wp:simplePos x="0" y="0"/>
            <wp:positionH relativeFrom="column">
              <wp:posOffset>972922</wp:posOffset>
            </wp:positionH>
            <wp:positionV relativeFrom="paragraph">
              <wp:posOffset>11151</wp:posOffset>
            </wp:positionV>
            <wp:extent cx="3452774" cy="2405218"/>
            <wp:effectExtent l="0" t="0" r="0" b="0"/>
            <wp:wrapNone/>
            <wp:docPr id="1164831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31396" name=""/>
                    <pic:cNvPicPr/>
                  </pic:nvPicPr>
                  <pic:blipFill rotWithShape="1">
                    <a:blip r:embed="rId25"/>
                    <a:srcRect l="13908" t="21674" r="31673" b="10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498" cy="2407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9E24E3" w14:textId="635EFBEF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2004D2BD" w14:textId="52FD3ABE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159B8C1" w14:textId="354DD9E2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4A58032" w14:textId="0751BB2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77DEFEFA" w14:textId="7237E530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3B8E822A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1A7B1EB0" w14:textId="0A0D97D3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563371B7" w14:textId="679A13E5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2B09C773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636A3160" w14:textId="77777777" w:rsidR="00F663A4" w:rsidRPr="00BC0D5C" w:rsidRDefault="00F663A4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6DAC7721" w14:textId="77777777" w:rsidR="002E6722" w:rsidRPr="00BC0D5C" w:rsidRDefault="002E6722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41E03055" w14:textId="77777777" w:rsidR="00C71ADE" w:rsidRPr="00BC0D5C" w:rsidRDefault="00C71ADE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360" w:hanging="360"/>
        <w:jc w:val="both"/>
        <w:rPr>
          <w:bCs/>
          <w:sz w:val="24"/>
          <w:szCs w:val="24"/>
        </w:rPr>
      </w:pPr>
    </w:p>
    <w:p w14:paraId="0EB86EF6" w14:textId="58F1892C" w:rsidR="00B56CA3" w:rsidRPr="00BC0D5C" w:rsidRDefault="00BC0D5C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jc w:val="both"/>
        <w:rPr>
          <w:bCs/>
          <w:sz w:val="24"/>
          <w:szCs w:val="24"/>
        </w:rPr>
      </w:pPr>
      <w:proofErr w:type="spellStart"/>
      <w:r w:rsidRPr="00BC0D5C">
        <w:rPr>
          <w:bCs/>
          <w:sz w:val="24"/>
          <w:szCs w:val="24"/>
        </w:rPr>
        <w:t>Setelah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semuanya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selesai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maka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diakhiri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dengan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menyimpan</w:t>
      </w:r>
      <w:proofErr w:type="spellEnd"/>
      <w:r w:rsidRPr="00BC0D5C">
        <w:rPr>
          <w:bCs/>
          <w:sz w:val="24"/>
          <w:szCs w:val="24"/>
        </w:rPr>
        <w:t xml:space="preserve"> file yang </w:t>
      </w:r>
      <w:proofErr w:type="spellStart"/>
      <w:r w:rsidRPr="00BC0D5C">
        <w:rPr>
          <w:bCs/>
          <w:sz w:val="24"/>
          <w:szCs w:val="24"/>
        </w:rPr>
        <w:t>sudah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dibuat</w:t>
      </w:r>
      <w:proofErr w:type="spellEnd"/>
      <w:r w:rsidRPr="00BC0D5C">
        <w:rPr>
          <w:bCs/>
          <w:sz w:val="24"/>
          <w:szCs w:val="24"/>
        </w:rPr>
        <w:t xml:space="preserve">, </w:t>
      </w:r>
      <w:proofErr w:type="spellStart"/>
      <w:r w:rsidRPr="00BC0D5C">
        <w:rPr>
          <w:bCs/>
          <w:sz w:val="24"/>
          <w:szCs w:val="24"/>
        </w:rPr>
        <w:t>dengan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memilih</w:t>
      </w:r>
      <w:proofErr w:type="spellEnd"/>
      <w:r w:rsidRPr="00BC0D5C">
        <w:rPr>
          <w:bCs/>
          <w:sz w:val="24"/>
          <w:szCs w:val="24"/>
        </w:rPr>
        <w:t xml:space="preserve"> menu layout, save as template. Dan </w:t>
      </w:r>
      <w:proofErr w:type="spellStart"/>
      <w:r w:rsidRPr="00BC0D5C">
        <w:rPr>
          <w:bCs/>
          <w:sz w:val="24"/>
          <w:szCs w:val="24"/>
        </w:rPr>
        <w:t>isikan</w:t>
      </w:r>
      <w:proofErr w:type="spellEnd"/>
      <w:r w:rsidRPr="00BC0D5C">
        <w:rPr>
          <w:bCs/>
          <w:sz w:val="24"/>
          <w:szCs w:val="24"/>
        </w:rPr>
        <w:t xml:space="preserve"> nama file yang </w:t>
      </w:r>
      <w:proofErr w:type="spellStart"/>
      <w:r w:rsidRPr="00BC0D5C">
        <w:rPr>
          <w:bCs/>
          <w:sz w:val="24"/>
          <w:szCs w:val="24"/>
        </w:rPr>
        <w:t>sudah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dibuat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seperti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dibawah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ini</w:t>
      </w:r>
      <w:proofErr w:type="spellEnd"/>
      <w:r w:rsidRPr="00BC0D5C">
        <w:rPr>
          <w:bCs/>
          <w:sz w:val="24"/>
          <w:szCs w:val="24"/>
        </w:rPr>
        <w:t>.</w:t>
      </w:r>
    </w:p>
    <w:p w14:paraId="58128325" w14:textId="69483B4C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  <w:r w:rsidRPr="00BC0D5C">
        <w:rPr>
          <w:bCs/>
          <w:noProof/>
          <w:sz w:val="24"/>
          <w:szCs w:val="24"/>
        </w:rPr>
        <w:drawing>
          <wp:anchor distT="0" distB="0" distL="114300" distR="114300" simplePos="0" relativeHeight="251699712" behindDoc="0" locked="0" layoutInCell="1" allowOverlap="1" wp14:anchorId="20BD5076" wp14:editId="4991C7E7">
            <wp:simplePos x="0" y="0"/>
            <wp:positionH relativeFrom="column">
              <wp:posOffset>994588</wp:posOffset>
            </wp:positionH>
            <wp:positionV relativeFrom="paragraph">
              <wp:posOffset>84251</wp:posOffset>
            </wp:positionV>
            <wp:extent cx="3583865" cy="2029845"/>
            <wp:effectExtent l="0" t="0" r="0" b="8890"/>
            <wp:wrapNone/>
            <wp:docPr id="884252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52147" name=""/>
                    <pic:cNvPicPr/>
                  </pic:nvPicPr>
                  <pic:blipFill rotWithShape="1">
                    <a:blip r:embed="rId26"/>
                    <a:srcRect t="3503" r="12850" b="8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865" cy="2029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98626" w14:textId="70CAF692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7BB37BA4" w14:textId="1811431C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6F24C971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48ABDF76" w14:textId="50579BC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52FE59AA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014381D4" w14:textId="5FC3C446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1139472E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577951A2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2ABE7A73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214E8FE4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4C0E9890" w14:textId="77777777" w:rsidR="00BC0D5C" w:rsidRPr="00BC0D5C" w:rsidRDefault="00BC0D5C" w:rsidP="00BC0D5C">
      <w:pPr>
        <w:pStyle w:val="ListBullet"/>
        <w:numPr>
          <w:ilvl w:val="0"/>
          <w:numId w:val="0"/>
        </w:numPr>
        <w:tabs>
          <w:tab w:val="left" w:pos="284"/>
        </w:tabs>
        <w:spacing w:after="60"/>
        <w:ind w:left="720"/>
        <w:jc w:val="both"/>
        <w:rPr>
          <w:bCs/>
          <w:sz w:val="24"/>
          <w:szCs w:val="24"/>
        </w:rPr>
      </w:pPr>
    </w:p>
    <w:p w14:paraId="773A277C" w14:textId="2F7E41F2" w:rsidR="00BC0D5C" w:rsidRPr="00BC0D5C" w:rsidRDefault="00BC0D5C" w:rsidP="00BC0D5C">
      <w:pPr>
        <w:pStyle w:val="ListBullet"/>
        <w:numPr>
          <w:ilvl w:val="0"/>
          <w:numId w:val="12"/>
        </w:numPr>
        <w:tabs>
          <w:tab w:val="left" w:pos="284"/>
        </w:tabs>
        <w:spacing w:after="60"/>
        <w:jc w:val="both"/>
        <w:rPr>
          <w:bCs/>
          <w:sz w:val="24"/>
          <w:szCs w:val="24"/>
        </w:rPr>
      </w:pPr>
      <w:r w:rsidRPr="00BC0D5C">
        <w:rPr>
          <w:bCs/>
          <w:sz w:val="24"/>
          <w:szCs w:val="24"/>
        </w:rPr>
        <w:t xml:space="preserve">Lalu </w:t>
      </w:r>
      <w:proofErr w:type="spellStart"/>
      <w:r w:rsidRPr="00BC0D5C">
        <w:rPr>
          <w:bCs/>
          <w:sz w:val="24"/>
          <w:szCs w:val="24"/>
        </w:rPr>
        <w:t>buatkan</w:t>
      </w:r>
      <w:proofErr w:type="spellEnd"/>
      <w:r w:rsidRPr="00BC0D5C">
        <w:rPr>
          <w:bCs/>
          <w:sz w:val="24"/>
          <w:szCs w:val="24"/>
        </w:rPr>
        <w:t xml:space="preserve"> file </w:t>
      </w:r>
      <w:proofErr w:type="spellStart"/>
      <w:r w:rsidRPr="00BC0D5C">
        <w:rPr>
          <w:bCs/>
          <w:sz w:val="24"/>
          <w:szCs w:val="24"/>
        </w:rPr>
        <w:t>peta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dari</w:t>
      </w:r>
      <w:proofErr w:type="spellEnd"/>
      <w:r w:rsidRPr="00BC0D5C">
        <w:rPr>
          <w:bCs/>
          <w:sz w:val="24"/>
          <w:szCs w:val="24"/>
        </w:rPr>
        <w:t xml:space="preserve"> file yang </w:t>
      </w:r>
      <w:proofErr w:type="spellStart"/>
      <w:r w:rsidRPr="00BC0D5C">
        <w:rPr>
          <w:bCs/>
          <w:sz w:val="24"/>
          <w:szCs w:val="24"/>
        </w:rPr>
        <w:t>dibuat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tadi</w:t>
      </w:r>
      <w:proofErr w:type="spellEnd"/>
      <w:r w:rsidRPr="00BC0D5C">
        <w:rPr>
          <w:bCs/>
          <w:sz w:val="24"/>
          <w:szCs w:val="24"/>
        </w:rPr>
        <w:t xml:space="preserve"> </w:t>
      </w:r>
      <w:proofErr w:type="spellStart"/>
      <w:r w:rsidRPr="00BC0D5C">
        <w:rPr>
          <w:bCs/>
          <w:sz w:val="24"/>
          <w:szCs w:val="24"/>
        </w:rPr>
        <w:t>dengan</w:t>
      </w:r>
      <w:proofErr w:type="spellEnd"/>
      <w:r w:rsidRPr="00BC0D5C">
        <w:rPr>
          <w:bCs/>
          <w:sz w:val="24"/>
          <w:szCs w:val="24"/>
        </w:rPr>
        <w:t xml:space="preserve"> format PDF</w:t>
      </w:r>
    </w:p>
    <w:sectPr w:rsidR="00BC0D5C" w:rsidRPr="00BC0D5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0BAB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125025"/>
    <w:multiLevelType w:val="hybridMultilevel"/>
    <w:tmpl w:val="1EF26A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A3F29"/>
    <w:multiLevelType w:val="hybridMultilevel"/>
    <w:tmpl w:val="3A1CD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61B1F"/>
    <w:multiLevelType w:val="hybridMultilevel"/>
    <w:tmpl w:val="33022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093442">
    <w:abstractNumId w:val="8"/>
  </w:num>
  <w:num w:numId="2" w16cid:durableId="1177617701">
    <w:abstractNumId w:val="6"/>
  </w:num>
  <w:num w:numId="3" w16cid:durableId="793642233">
    <w:abstractNumId w:val="5"/>
  </w:num>
  <w:num w:numId="4" w16cid:durableId="170144973">
    <w:abstractNumId w:val="4"/>
  </w:num>
  <w:num w:numId="5" w16cid:durableId="2080593088">
    <w:abstractNumId w:val="7"/>
  </w:num>
  <w:num w:numId="6" w16cid:durableId="1634946689">
    <w:abstractNumId w:val="3"/>
  </w:num>
  <w:num w:numId="7" w16cid:durableId="1177958565">
    <w:abstractNumId w:val="2"/>
  </w:num>
  <w:num w:numId="8" w16cid:durableId="1854218946">
    <w:abstractNumId w:val="1"/>
  </w:num>
  <w:num w:numId="9" w16cid:durableId="41222473">
    <w:abstractNumId w:val="0"/>
  </w:num>
  <w:num w:numId="10" w16cid:durableId="568686568">
    <w:abstractNumId w:val="10"/>
  </w:num>
  <w:num w:numId="11" w16cid:durableId="1629973763">
    <w:abstractNumId w:val="11"/>
  </w:num>
  <w:num w:numId="12" w16cid:durableId="15141076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F0A"/>
    <w:rsid w:val="0006063C"/>
    <w:rsid w:val="000A2F10"/>
    <w:rsid w:val="000A69C4"/>
    <w:rsid w:val="0015074B"/>
    <w:rsid w:val="00257989"/>
    <w:rsid w:val="0029639D"/>
    <w:rsid w:val="002B24D1"/>
    <w:rsid w:val="002E6722"/>
    <w:rsid w:val="002F54D8"/>
    <w:rsid w:val="00322802"/>
    <w:rsid w:val="00326F90"/>
    <w:rsid w:val="00344B3F"/>
    <w:rsid w:val="003B7B0A"/>
    <w:rsid w:val="004E0A59"/>
    <w:rsid w:val="0050700A"/>
    <w:rsid w:val="00687FB3"/>
    <w:rsid w:val="006D4632"/>
    <w:rsid w:val="00744CC3"/>
    <w:rsid w:val="00756441"/>
    <w:rsid w:val="00761283"/>
    <w:rsid w:val="00800C9E"/>
    <w:rsid w:val="008767B3"/>
    <w:rsid w:val="00886009"/>
    <w:rsid w:val="008C242E"/>
    <w:rsid w:val="008C2A11"/>
    <w:rsid w:val="008F201C"/>
    <w:rsid w:val="008F59C8"/>
    <w:rsid w:val="009471A9"/>
    <w:rsid w:val="00A11060"/>
    <w:rsid w:val="00AA1D8D"/>
    <w:rsid w:val="00AA6B67"/>
    <w:rsid w:val="00B02D58"/>
    <w:rsid w:val="00B17724"/>
    <w:rsid w:val="00B201AA"/>
    <w:rsid w:val="00B4215D"/>
    <w:rsid w:val="00B47730"/>
    <w:rsid w:val="00B56CA3"/>
    <w:rsid w:val="00B87E70"/>
    <w:rsid w:val="00BC0D5C"/>
    <w:rsid w:val="00BF46F7"/>
    <w:rsid w:val="00C71ADE"/>
    <w:rsid w:val="00CA21DD"/>
    <w:rsid w:val="00CA6344"/>
    <w:rsid w:val="00CB0664"/>
    <w:rsid w:val="00CF6432"/>
    <w:rsid w:val="00D42818"/>
    <w:rsid w:val="00D43D69"/>
    <w:rsid w:val="00DB12ED"/>
    <w:rsid w:val="00DD521F"/>
    <w:rsid w:val="00E0322A"/>
    <w:rsid w:val="00E03582"/>
    <w:rsid w:val="00E217F4"/>
    <w:rsid w:val="00E4291B"/>
    <w:rsid w:val="00EA61BA"/>
    <w:rsid w:val="00EB2837"/>
    <w:rsid w:val="00F02326"/>
    <w:rsid w:val="00F13A3E"/>
    <w:rsid w:val="00F663A4"/>
    <w:rsid w:val="00FB0603"/>
    <w:rsid w:val="00FB49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0BEB14"/>
  <w14:defaultImageDpi w14:val="300"/>
  <w15:docId w15:val="{E36CC16F-C8ED-45AA-BF6E-2FF1634CC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KELUARGA</cp:lastModifiedBy>
  <cp:revision>4</cp:revision>
  <dcterms:created xsi:type="dcterms:W3CDTF">2026-07-05T00:42:00Z</dcterms:created>
  <dcterms:modified xsi:type="dcterms:W3CDTF">2026-07-05T00:56:00Z</dcterms:modified>
  <cp:category/>
</cp:coreProperties>
</file>